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624" w:rsidRDefault="00A34D64">
      <w:pPr>
        <w:spacing w:before="2200"/>
        <w:jc w:val="center"/>
      </w:pPr>
      <w:bookmarkStart w:id="0" w:name="_GoBack"/>
      <w:bookmarkEnd w:id="0"/>
      <w:r>
        <w:rPr>
          <w:b/>
          <w:sz w:val="48"/>
        </w:rPr>
        <w:t>EERA: THE FRACTURED PATH</w:t>
      </w:r>
    </w:p>
    <w:p w:rsidR="00C37624" w:rsidRDefault="00A34D64">
      <w:pPr>
        <w:jc w:val="center"/>
      </w:pPr>
      <w:r>
        <w:rPr>
          <w:b/>
          <w:sz w:val="38"/>
        </w:rPr>
        <w:t>Concise Teacher’s Guide</w:t>
      </w:r>
    </w:p>
    <w:p w:rsidR="00C37624" w:rsidRDefault="00A34D64">
      <w:pPr>
        <w:spacing w:before="360"/>
        <w:jc w:val="center"/>
      </w:pPr>
      <w:r>
        <w:rPr>
          <w:sz w:val="28"/>
        </w:rPr>
        <w:t>Douglas Podaima</w:t>
      </w:r>
    </w:p>
    <w:p w:rsidR="00C37624" w:rsidRDefault="00A34D64">
      <w:pPr>
        <w:spacing w:before="960"/>
        <w:jc w:val="center"/>
      </w:pPr>
      <w:r>
        <w:rPr>
          <w:i/>
          <w:sz w:val="22"/>
        </w:rPr>
        <w:t>Aligned to the final 31-chapter edition and the Student Novel Study</w:t>
      </w:r>
    </w:p>
    <w:p w:rsidR="00C37624" w:rsidRDefault="00A34D64">
      <w:r>
        <w:br w:type="page"/>
      </w:r>
    </w:p>
    <w:p w:rsidR="00C37624" w:rsidRDefault="00A34D64">
      <w:pPr>
        <w:jc w:val="center"/>
      </w:pPr>
      <w:r>
        <w:rPr>
          <w:b/>
          <w:sz w:val="36"/>
        </w:rPr>
        <w:lastRenderedPageBreak/>
        <w:t>How to Use This Guide</w:t>
      </w:r>
    </w:p>
    <w:p w:rsidR="00C37624" w:rsidRDefault="00A34D64">
      <w:pPr>
        <w:spacing w:before="140" w:after="60"/>
      </w:pPr>
      <w:r>
        <w:rPr>
          <w:b/>
          <w:sz w:val="24"/>
        </w:rPr>
        <w:t>Teaching Philosophy</w:t>
      </w:r>
    </w:p>
    <w:p w:rsidR="00C37624" w:rsidRDefault="00A34D64">
      <w:r>
        <w:t>Eera: The Fractured Path is not intended to tell students what to think. It is</w:t>
      </w:r>
      <w:r>
        <w:t xml:space="preserve"> intended to give them something worth thinking about. Students should be encouraged to support interpretations with evidence, listen to disagreement, revise conclusions when better evidence appears, and recognize that many important questions do not have </w:t>
      </w:r>
      <w:r>
        <w:t>one simple answer.</w:t>
      </w:r>
    </w:p>
    <w:p w:rsidR="00C37624" w:rsidRDefault="00A34D64">
      <w:pPr>
        <w:spacing w:before="140" w:after="60"/>
      </w:pPr>
      <w:r>
        <w:rPr>
          <w:b/>
          <w:sz w:val="24"/>
        </w:rPr>
        <w:t>Print Only What You Need</w:t>
      </w:r>
    </w:p>
    <w:p w:rsidR="00C37624" w:rsidRDefault="00A34D64">
      <w:r>
        <w:t>Each chapter begins on a new page and is designed to stand on its own. A teacher can print only the chapter currently being taught rather than use the entire guide at once.</w:t>
      </w:r>
    </w:p>
    <w:p w:rsidR="00C37624" w:rsidRDefault="00A34D64">
      <w:pPr>
        <w:spacing w:before="140" w:after="60"/>
      </w:pPr>
      <w:r>
        <w:rPr>
          <w:b/>
          <w:sz w:val="24"/>
        </w:rPr>
        <w:t>The Student Booklet Is a Resource</w:t>
      </w:r>
    </w:p>
    <w:p w:rsidR="00C37624" w:rsidRDefault="00A34D64">
      <w:r>
        <w:t>The a</w:t>
      </w:r>
      <w:r>
        <w:t>ccompanying Student Novel Study contains more questions than a class should complete. This guide identifies a small number of useful questions and teaching ideas. Select what fits the students, curriculum, available time, and classroom context.</w:t>
      </w:r>
    </w:p>
    <w:p w:rsidR="00C37624" w:rsidRDefault="00A34D64">
      <w:pPr>
        <w:spacing w:before="140" w:after="60"/>
      </w:pPr>
      <w:r>
        <w:rPr>
          <w:b/>
          <w:sz w:val="24"/>
        </w:rPr>
        <w:t>Claim — Evi</w:t>
      </w:r>
      <w:r>
        <w:rPr>
          <w:b/>
          <w:sz w:val="24"/>
        </w:rPr>
        <w:t>dence — Reasoning</w:t>
      </w:r>
    </w:p>
    <w:p w:rsidR="00C37624" w:rsidRDefault="00A34D64">
      <w:r>
        <w:t>For analytical responses, a simple structure is often enough: CLAIM — What do you believe? EVIDENCE — What in the novel supports it? REASONING — Why does that evidence support the conclusion?</w:t>
      </w:r>
    </w:p>
    <w:p w:rsidR="00C37624" w:rsidRDefault="00A34D64">
      <w:pPr>
        <w:spacing w:before="140" w:after="60"/>
      </w:pPr>
      <w:r>
        <w:rPr>
          <w:b/>
          <w:sz w:val="24"/>
        </w:rPr>
        <w:t>Respectful Disagreement</w:t>
      </w:r>
    </w:p>
    <w:p w:rsidR="00C37624" w:rsidRDefault="00A34D64">
      <w:r>
        <w:t xml:space="preserve">Students may disagree </w:t>
      </w:r>
      <w:r>
        <w:t>with characters, classmates, the teacher, or the novel itself. Encourage language such as “I see it differently because…,” “What evidence supports that?” and “What would change your mind?”</w:t>
      </w:r>
    </w:p>
    <w:p w:rsidR="00C37624" w:rsidRDefault="00A34D64">
      <w:pPr>
        <w:spacing w:before="140" w:after="60"/>
      </w:pPr>
      <w:r>
        <w:rPr>
          <w:b/>
          <w:sz w:val="24"/>
        </w:rPr>
        <w:t>Assessment Flexibility</w:t>
      </w:r>
    </w:p>
    <w:p w:rsidR="00C37624" w:rsidRDefault="00A34D64">
      <w:r>
        <w:t>Understanding may be demonstrated through di</w:t>
      </w:r>
      <w:r>
        <w:t>scussion, a short written response, a debate, a presentation, a journal entry, or another appropriate format. Depth of thought matters more than completing every question.</w:t>
      </w:r>
    </w:p>
    <w:p w:rsidR="00C37624" w:rsidRDefault="00A34D64">
      <w:pPr>
        <w:spacing w:before="140" w:after="60"/>
      </w:pPr>
      <w:r>
        <w:rPr>
          <w:b/>
          <w:sz w:val="24"/>
        </w:rPr>
        <w:t>Sensitive Topics</w:t>
      </w:r>
    </w:p>
    <w:p w:rsidR="00C37624" w:rsidRDefault="00A34D64">
      <w:r>
        <w:t>The novel may lead to discussion of violence, grief, relationships,</w:t>
      </w:r>
      <w:r>
        <w:t xml:space="preserve"> identity, prejudice, faith, morality, power, and difficult choices. Teachers should use professional judgment and never require students to disclose deeply personal experiences.</w:t>
      </w:r>
    </w:p>
    <w:p w:rsidR="00C37624" w:rsidRDefault="00A34D64">
      <w:pPr>
        <w:spacing w:before="140" w:after="60"/>
      </w:pPr>
      <w:r>
        <w:rPr>
          <w:b/>
          <w:sz w:val="24"/>
        </w:rPr>
        <w:t>Guiding Principle</w:t>
      </w:r>
    </w:p>
    <w:p w:rsidR="00C37624" w:rsidRDefault="00A34D64">
      <w:pPr>
        <w:jc w:val="center"/>
      </w:pPr>
      <w:r>
        <w:rPr>
          <w:b/>
        </w:rPr>
        <w:t>There is not always one right answer. The strength of an an</w:t>
      </w:r>
      <w:r>
        <w:rPr>
          <w:b/>
        </w:rPr>
        <w:t>swer depends upon the strength of the reasoning.</w:t>
      </w:r>
    </w:p>
    <w:p w:rsidR="00C37624" w:rsidRDefault="00A34D64">
      <w:r>
        <w:br w:type="page"/>
      </w:r>
    </w:p>
    <w:p w:rsidR="00C37624" w:rsidRDefault="00A34D64">
      <w:pPr>
        <w:jc w:val="center"/>
      </w:pPr>
      <w:r>
        <w:rPr>
          <w:b/>
          <w:sz w:val="36"/>
        </w:rPr>
        <w:lastRenderedPageBreak/>
        <w:t>Chapter Index</w:t>
      </w:r>
    </w:p>
    <w:p w:rsidR="00C37624" w:rsidRDefault="00A34D64">
      <w:pPr>
        <w:spacing w:after="40"/>
      </w:pPr>
      <w:r>
        <w:rPr>
          <w:b/>
        </w:rPr>
        <w:t xml:space="preserve">1. </w:t>
      </w:r>
      <w:r>
        <w:t>The Crimson Moon</w:t>
      </w:r>
    </w:p>
    <w:p w:rsidR="00C37624" w:rsidRDefault="00A34D64">
      <w:pPr>
        <w:spacing w:after="40"/>
      </w:pPr>
      <w:r>
        <w:rPr>
          <w:b/>
        </w:rPr>
        <w:t xml:space="preserve">2. </w:t>
      </w:r>
      <w:r>
        <w:t>Guardians of Eera</w:t>
      </w:r>
    </w:p>
    <w:p w:rsidR="00C37624" w:rsidRDefault="00A34D64">
      <w:pPr>
        <w:spacing w:after="40"/>
      </w:pPr>
      <w:r>
        <w:rPr>
          <w:b/>
        </w:rPr>
        <w:t xml:space="preserve">3. </w:t>
      </w:r>
      <w:r>
        <w:t>The Book of Knowledge</w:t>
      </w:r>
    </w:p>
    <w:p w:rsidR="00C37624" w:rsidRDefault="00A34D64">
      <w:pPr>
        <w:spacing w:after="40"/>
      </w:pPr>
      <w:r>
        <w:rPr>
          <w:b/>
        </w:rPr>
        <w:t xml:space="preserve">4. </w:t>
      </w:r>
      <w:r>
        <w:t>The Birth of Things to Come</w:t>
      </w:r>
    </w:p>
    <w:p w:rsidR="00C37624" w:rsidRDefault="00A34D64">
      <w:pPr>
        <w:spacing w:after="40"/>
      </w:pPr>
      <w:r>
        <w:rPr>
          <w:b/>
        </w:rPr>
        <w:t xml:space="preserve">5. </w:t>
      </w:r>
      <w:r>
        <w:t>The Ikts</w:t>
      </w:r>
    </w:p>
    <w:p w:rsidR="00C37624" w:rsidRDefault="00A34D64">
      <w:pPr>
        <w:spacing w:after="40"/>
      </w:pPr>
      <w:r>
        <w:rPr>
          <w:b/>
        </w:rPr>
        <w:t xml:space="preserve">6. </w:t>
      </w:r>
      <w:r>
        <w:t>The Road to Becoming</w:t>
      </w:r>
    </w:p>
    <w:p w:rsidR="00C37624" w:rsidRDefault="00A34D64">
      <w:pPr>
        <w:spacing w:after="40"/>
      </w:pPr>
      <w:r>
        <w:rPr>
          <w:b/>
        </w:rPr>
        <w:t xml:space="preserve">7. </w:t>
      </w:r>
      <w:r>
        <w:t>The Beauty of Anima</w:t>
      </w:r>
    </w:p>
    <w:p w:rsidR="00C37624" w:rsidRDefault="00A34D64">
      <w:pPr>
        <w:spacing w:after="40"/>
      </w:pPr>
      <w:r>
        <w:rPr>
          <w:b/>
        </w:rPr>
        <w:t xml:space="preserve">8. </w:t>
      </w:r>
      <w:r>
        <w:t>Arrival at the Palace</w:t>
      </w:r>
    </w:p>
    <w:p w:rsidR="00C37624" w:rsidRDefault="00A34D64">
      <w:pPr>
        <w:spacing w:after="40"/>
      </w:pPr>
      <w:r>
        <w:rPr>
          <w:b/>
        </w:rPr>
        <w:t xml:space="preserve">9. </w:t>
      </w:r>
      <w:r>
        <w:t xml:space="preserve">The </w:t>
      </w:r>
      <w:r>
        <w:t>Machinery of Darkness</w:t>
      </w:r>
    </w:p>
    <w:p w:rsidR="00C37624" w:rsidRDefault="00A34D64">
      <w:pPr>
        <w:spacing w:after="40"/>
      </w:pPr>
      <w:r>
        <w:rPr>
          <w:b/>
        </w:rPr>
        <w:t xml:space="preserve">10. </w:t>
      </w:r>
      <w:r>
        <w:t>Innocence to Awareness</w:t>
      </w:r>
    </w:p>
    <w:p w:rsidR="00C37624" w:rsidRDefault="00A34D64">
      <w:pPr>
        <w:spacing w:after="40"/>
      </w:pPr>
      <w:r>
        <w:rPr>
          <w:b/>
        </w:rPr>
        <w:t xml:space="preserve">11. </w:t>
      </w:r>
      <w:r>
        <w:t>The Battle Ahead</w:t>
      </w:r>
    </w:p>
    <w:p w:rsidR="00C37624" w:rsidRDefault="00A34D64">
      <w:pPr>
        <w:spacing w:after="40"/>
      </w:pPr>
      <w:r>
        <w:rPr>
          <w:b/>
        </w:rPr>
        <w:t xml:space="preserve">12. </w:t>
      </w:r>
      <w:r>
        <w:t>Choices</w:t>
      </w:r>
    </w:p>
    <w:p w:rsidR="00C37624" w:rsidRDefault="00A34D64">
      <w:pPr>
        <w:spacing w:after="40"/>
      </w:pPr>
      <w:r>
        <w:rPr>
          <w:b/>
        </w:rPr>
        <w:t xml:space="preserve">13. </w:t>
      </w:r>
      <w:r>
        <w:t>Domination vs Hesitation</w:t>
      </w:r>
    </w:p>
    <w:p w:rsidR="00C37624" w:rsidRDefault="00A34D64">
      <w:pPr>
        <w:spacing w:after="40"/>
      </w:pPr>
      <w:r>
        <w:rPr>
          <w:b/>
        </w:rPr>
        <w:t xml:space="preserve">14. </w:t>
      </w:r>
      <w:r>
        <w:t>Strategic Preparation</w:t>
      </w:r>
    </w:p>
    <w:p w:rsidR="00C37624" w:rsidRDefault="00A34D64">
      <w:pPr>
        <w:spacing w:after="40"/>
      </w:pPr>
      <w:r>
        <w:rPr>
          <w:b/>
        </w:rPr>
        <w:t xml:space="preserve">15. </w:t>
      </w:r>
      <w:r>
        <w:t>Cost of Survival</w:t>
      </w:r>
    </w:p>
    <w:p w:rsidR="00C37624" w:rsidRDefault="00A34D64">
      <w:pPr>
        <w:spacing w:after="40"/>
      </w:pPr>
      <w:r>
        <w:rPr>
          <w:b/>
        </w:rPr>
        <w:t xml:space="preserve">16. </w:t>
      </w:r>
      <w:r>
        <w:t>Truth Is Not to Be Feared</w:t>
      </w:r>
    </w:p>
    <w:p w:rsidR="00C37624" w:rsidRDefault="00A34D64">
      <w:pPr>
        <w:spacing w:after="40"/>
      </w:pPr>
      <w:r>
        <w:rPr>
          <w:b/>
        </w:rPr>
        <w:t xml:space="preserve">17. </w:t>
      </w:r>
      <w:r>
        <w:t>The Tower</w:t>
      </w:r>
    </w:p>
    <w:p w:rsidR="00C37624" w:rsidRDefault="00A34D64">
      <w:pPr>
        <w:spacing w:after="40"/>
      </w:pPr>
      <w:r>
        <w:rPr>
          <w:b/>
        </w:rPr>
        <w:t xml:space="preserve">18. </w:t>
      </w:r>
      <w:r>
        <w:t>The Ashes of Anima</w:t>
      </w:r>
    </w:p>
    <w:p w:rsidR="00C37624" w:rsidRDefault="00A34D64">
      <w:pPr>
        <w:spacing w:after="40"/>
      </w:pPr>
      <w:r>
        <w:rPr>
          <w:b/>
        </w:rPr>
        <w:t xml:space="preserve">19. </w:t>
      </w:r>
      <w:r>
        <w:t>The Weight of Justice</w:t>
      </w:r>
    </w:p>
    <w:p w:rsidR="00C37624" w:rsidRDefault="00A34D64">
      <w:pPr>
        <w:spacing w:after="40"/>
      </w:pPr>
      <w:r>
        <w:rPr>
          <w:b/>
        </w:rPr>
        <w:t xml:space="preserve">20. </w:t>
      </w:r>
      <w:r>
        <w:t>T</w:t>
      </w:r>
      <w:r>
        <w:t>he Greatest Dangers Within</w:t>
      </w:r>
    </w:p>
    <w:p w:rsidR="00C37624" w:rsidRDefault="00A34D64">
      <w:pPr>
        <w:spacing w:after="40"/>
      </w:pPr>
      <w:r>
        <w:rPr>
          <w:b/>
        </w:rPr>
        <w:t xml:space="preserve">21. </w:t>
      </w:r>
      <w:r>
        <w:t>Identity and Transformation</w:t>
      </w:r>
    </w:p>
    <w:p w:rsidR="00C37624" w:rsidRDefault="00A34D64">
      <w:pPr>
        <w:spacing w:after="40"/>
      </w:pPr>
      <w:r>
        <w:rPr>
          <w:b/>
        </w:rPr>
        <w:t xml:space="preserve">22. </w:t>
      </w:r>
      <w:r>
        <w:t>The Quiet Weight of Courage</w:t>
      </w:r>
    </w:p>
    <w:p w:rsidR="00C37624" w:rsidRDefault="00A34D64">
      <w:pPr>
        <w:spacing w:after="40"/>
      </w:pPr>
      <w:r>
        <w:rPr>
          <w:b/>
        </w:rPr>
        <w:t xml:space="preserve">23. </w:t>
      </w:r>
      <w:r>
        <w:t>The Path Remembers</w:t>
      </w:r>
    </w:p>
    <w:p w:rsidR="00C37624" w:rsidRDefault="00A34D64">
      <w:pPr>
        <w:spacing w:after="40"/>
      </w:pPr>
      <w:r>
        <w:rPr>
          <w:b/>
        </w:rPr>
        <w:t xml:space="preserve">24. </w:t>
      </w:r>
      <w:r>
        <w:t>The Paths Begin to Converge</w:t>
      </w:r>
    </w:p>
    <w:p w:rsidR="00C37624" w:rsidRDefault="00A34D64">
      <w:pPr>
        <w:spacing w:after="40"/>
      </w:pPr>
      <w:r>
        <w:rPr>
          <w:b/>
        </w:rPr>
        <w:t xml:space="preserve">25. </w:t>
      </w:r>
      <w:r>
        <w:t>The Mountain Keeps Its Secrets</w:t>
      </w:r>
    </w:p>
    <w:p w:rsidR="00C37624" w:rsidRDefault="00A34D64">
      <w:pPr>
        <w:spacing w:after="40"/>
      </w:pPr>
      <w:r>
        <w:rPr>
          <w:b/>
        </w:rPr>
        <w:t xml:space="preserve">26. </w:t>
      </w:r>
      <w:r>
        <w:t>The Forgotten Door</w:t>
      </w:r>
    </w:p>
    <w:p w:rsidR="00C37624" w:rsidRDefault="00A34D64">
      <w:pPr>
        <w:spacing w:after="40"/>
      </w:pPr>
      <w:r>
        <w:rPr>
          <w:b/>
        </w:rPr>
        <w:t xml:space="preserve">27. </w:t>
      </w:r>
      <w:r>
        <w:t>Beyond the Veil</w:t>
      </w:r>
    </w:p>
    <w:p w:rsidR="00C37624" w:rsidRDefault="00A34D64">
      <w:pPr>
        <w:spacing w:after="40"/>
      </w:pPr>
      <w:r>
        <w:rPr>
          <w:b/>
        </w:rPr>
        <w:t xml:space="preserve">28. </w:t>
      </w:r>
      <w:r>
        <w:t>Discovery and Danger</w:t>
      </w:r>
    </w:p>
    <w:p w:rsidR="00C37624" w:rsidRDefault="00A34D64">
      <w:pPr>
        <w:spacing w:after="40"/>
      </w:pPr>
      <w:r>
        <w:rPr>
          <w:b/>
        </w:rPr>
        <w:t xml:space="preserve">29. </w:t>
      </w:r>
      <w:r>
        <w:t>The</w:t>
      </w:r>
      <w:r>
        <w:t xml:space="preserve"> Meeting of Fractured Paths</w:t>
      </w:r>
    </w:p>
    <w:p w:rsidR="00C37624" w:rsidRDefault="00A34D64">
      <w:pPr>
        <w:spacing w:after="40"/>
      </w:pPr>
      <w:r>
        <w:rPr>
          <w:b/>
        </w:rPr>
        <w:t xml:space="preserve">30. </w:t>
      </w:r>
      <w:r>
        <w:t>The Storm Before the Meeting</w:t>
      </w:r>
    </w:p>
    <w:p w:rsidR="00C37624" w:rsidRDefault="00A34D64">
      <w:pPr>
        <w:spacing w:after="40"/>
      </w:pPr>
      <w:r>
        <w:rPr>
          <w:b/>
        </w:rPr>
        <w:t xml:space="preserve">31. </w:t>
      </w:r>
      <w:r>
        <w:t>Where Paths Converge</w:t>
      </w:r>
    </w:p>
    <w:p w:rsidR="00C37624" w:rsidRDefault="00A34D64">
      <w:r>
        <w:br w:type="page"/>
      </w:r>
    </w:p>
    <w:p w:rsidR="00C37624" w:rsidRDefault="00A34D64">
      <w:pPr>
        <w:keepNext/>
        <w:pageBreakBefore/>
        <w:jc w:val="center"/>
      </w:pPr>
      <w:r>
        <w:rPr>
          <w:b/>
          <w:sz w:val="32"/>
        </w:rPr>
        <w:lastRenderedPageBreak/>
        <w:t>Teacher’s Guide — Chapter 1</w:t>
      </w:r>
    </w:p>
    <w:p w:rsidR="00C37624" w:rsidRDefault="00A34D64">
      <w:pPr>
        <w:keepNext/>
        <w:jc w:val="center"/>
      </w:pPr>
      <w:r>
        <w:rPr>
          <w:b/>
          <w:sz w:val="28"/>
        </w:rPr>
        <w:t>The Crimson Moon</w:t>
      </w:r>
    </w:p>
    <w:p w:rsidR="00C37624" w:rsidRDefault="00A34D64">
      <w:pPr>
        <w:spacing w:before="140" w:after="60"/>
      </w:pPr>
      <w:r>
        <w:rPr>
          <w:b/>
          <w:sz w:val="24"/>
        </w:rPr>
        <w:t>Chapter Focus</w:t>
      </w:r>
    </w:p>
    <w:p w:rsidR="00C37624" w:rsidRDefault="00A34D64">
      <w:r>
        <w:t xml:space="preserve">Chapter 1 introduces students to Eera through Zoona, but its larger purpose is to destabilize both Zoona's </w:t>
      </w:r>
      <w:r>
        <w:t>understanding of her world and the reader's. The chapter begins with immediate fear and uncertainty: Zoona is pursued by the crimson light, physically prevented from reaching the apparent safety of her village, and confronted by a stranger who knows her na</w:t>
      </w:r>
      <w:r>
        <w:t>me.</w:t>
      </w:r>
    </w:p>
    <w:p w:rsidR="00C37624" w:rsidRDefault="00A34D64">
      <w:pPr>
        <w:spacing w:before="140" w:after="60"/>
      </w:pPr>
      <w:r>
        <w:rPr>
          <w:b/>
          <w:sz w:val="24"/>
        </w:rPr>
        <w:t>Essential Questions</w:t>
      </w:r>
    </w:p>
    <w:p w:rsidR="00C37624" w:rsidRDefault="00A34D64">
      <w:pPr>
        <w:pStyle w:val="ListBullet"/>
        <w:spacing w:after="60"/>
        <w:ind w:left="0"/>
      </w:pPr>
      <w:r>
        <w:t>How do we decide whether something unfamiliar is dangerous?</w:t>
      </w:r>
    </w:p>
    <w:p w:rsidR="00C37624" w:rsidRDefault="00A34D64">
      <w:pPr>
        <w:pStyle w:val="ListBullet"/>
        <w:spacing w:after="60"/>
        <w:ind w:left="0"/>
      </w:pPr>
      <w:r>
        <w:t>Can something we strongly believe be true but still incomplete?</w:t>
      </w:r>
    </w:p>
    <w:p w:rsidR="00C37624" w:rsidRDefault="00A34D64">
      <w:pPr>
        <w:pStyle w:val="ListBullet"/>
        <w:spacing w:after="60"/>
        <w:ind w:left="0"/>
      </w:pPr>
      <w:r>
        <w:t>Is the world divided neatly into good and evil?</w:t>
      </w:r>
    </w:p>
    <w:p w:rsidR="00C37624" w:rsidRDefault="00A34D64">
      <w:pPr>
        <w:pStyle w:val="ListBullet"/>
        <w:spacing w:after="60"/>
        <w:ind w:left="0"/>
      </w:pPr>
      <w:r>
        <w:t>Does learning more always make life easier?</w:t>
      </w:r>
    </w:p>
    <w:p w:rsidR="00C37624" w:rsidRDefault="00A34D64">
      <w:pPr>
        <w:spacing w:before="140" w:after="60"/>
      </w:pPr>
      <w:r>
        <w:rPr>
          <w:b/>
          <w:sz w:val="24"/>
        </w:rPr>
        <w:t xml:space="preserve">Key Teaching </w:t>
      </w:r>
      <w:r>
        <w:rPr>
          <w:b/>
          <w:sz w:val="24"/>
        </w:rPr>
        <w:t>Points</w:t>
      </w:r>
    </w:p>
    <w:p w:rsidR="00C37624" w:rsidRDefault="00A34D64">
      <w:pPr>
        <w:spacing w:after="40"/>
      </w:pPr>
      <w:r>
        <w:rPr>
          <w:b/>
        </w:rPr>
        <w:t>Zoona's fear is reasonable</w:t>
      </w:r>
    </w:p>
    <w:p w:rsidR="00C37624" w:rsidRDefault="00A34D64">
      <w:pPr>
        <w:spacing w:after="80"/>
        <w:ind w:left="259"/>
      </w:pPr>
      <w:r>
        <w:t>Students should not be encouraged simply to criticize Zoona for mistrusting Sar. From her perspective, an unknown being has stopped her from reaching her village, physically restrained her, knows her name, and possesses ab</w:t>
      </w:r>
      <w:r>
        <w:t>ilities she cannot understand.</w:t>
      </w:r>
    </w:p>
    <w:p w:rsidR="00C37624" w:rsidRDefault="00A34D64">
      <w:pPr>
        <w:spacing w:after="40"/>
      </w:pPr>
      <w:r>
        <w:rPr>
          <w:b/>
        </w:rPr>
        <w:t>First impressions can be wrong without being foolish</w:t>
      </w:r>
    </w:p>
    <w:p w:rsidR="00C37624" w:rsidRDefault="00A34D64">
      <w:pPr>
        <w:spacing w:after="80"/>
        <w:ind w:left="259"/>
      </w:pPr>
      <w:r>
        <w:t>Sar appears physically intimidating. He is nearly seven feet tall, enormously powerful and clearly not Eerian.</w:t>
      </w:r>
    </w:p>
    <w:p w:rsidR="00C37624" w:rsidRDefault="00A34D64">
      <w:pPr>
        <w:spacing w:before="140" w:after="60"/>
      </w:pPr>
      <w:r>
        <w:rPr>
          <w:b/>
          <w:sz w:val="24"/>
        </w:rPr>
        <w:t>Student Booklet Match — Recommended Selections</w:t>
      </w:r>
    </w:p>
    <w:p w:rsidR="00C37624" w:rsidRDefault="00A34D64">
      <w:pPr>
        <w:pStyle w:val="ListBullet"/>
        <w:spacing w:after="60"/>
        <w:ind w:left="0"/>
      </w:pPr>
      <w:r>
        <w:t>1. What happen</w:t>
      </w:r>
      <w:r>
        <w:t>s to Zoona as she approaches the entrance to her village? Describe the events that prevent her from reaching safety.</w:t>
      </w:r>
    </w:p>
    <w:p w:rsidR="00C37624" w:rsidRDefault="00A34D64">
      <w:pPr>
        <w:pStyle w:val="ListBullet"/>
        <w:spacing w:after="60"/>
        <w:ind w:left="0"/>
      </w:pPr>
      <w:r>
        <w:t>3. Zoona is frightened by the stranger, yet she refuses to simply surrender to her fear. What do her words and actions reveal about her cha</w:t>
      </w:r>
      <w:r>
        <w:t>racter? Support your answer with evidence from the chapter.</w:t>
      </w:r>
    </w:p>
    <w:p w:rsidR="00C37624" w:rsidRDefault="00A34D64">
      <w:pPr>
        <w:pStyle w:val="ListBullet"/>
        <w:spacing w:after="60"/>
        <w:ind w:left="0"/>
      </w:pPr>
      <w:r>
        <w:t>5. Examine the imagery surrounding the crimson moon, darkness, mist, and light. What mood does this imagery create? Do you think the crimson moon represents only physical danger, or might it symbo</w:t>
      </w:r>
      <w:r>
        <w:t>lize something more? Explain.</w:t>
      </w:r>
    </w:p>
    <w:p w:rsidR="00C37624" w:rsidRDefault="00A34D64">
      <w:pPr>
        <w:spacing w:before="140" w:after="60"/>
      </w:pPr>
      <w:r>
        <w:rPr>
          <w:b/>
          <w:sz w:val="24"/>
        </w:rPr>
        <w:t>Quick Assessment</w:t>
      </w:r>
    </w:p>
    <w:p w:rsidR="00C37624" w:rsidRDefault="00A34D64">
      <w:r>
        <w:t>Chapter 1 does not require a formal test. A teacher could assess understanding through: a short paragraph, an exit slip,</w:t>
      </w:r>
    </w:p>
    <w:p w:rsidR="00C37624" w:rsidRDefault="00A34D64">
      <w:pPr>
        <w:spacing w:before="140" w:after="60"/>
      </w:pPr>
      <w:r>
        <w:rPr>
          <w:b/>
          <w:sz w:val="24"/>
        </w:rPr>
        <w:t>If You Teach Only One Idea</w:t>
      </w:r>
    </w:p>
    <w:p w:rsidR="00C37624" w:rsidRDefault="00A34D64">
      <w:r>
        <w:t>Can something you believe be true—and still be incomplete? If</w:t>
      </w:r>
      <w:r>
        <w:t xml:space="preserve"> there is time for only one substantial discussion from Chapter 1, I would choose:</w:t>
      </w:r>
    </w:p>
    <w:p w:rsidR="00C37624" w:rsidRDefault="00A34D64">
      <w:r>
        <w:br w:type="page"/>
      </w:r>
    </w:p>
    <w:p w:rsidR="00C37624" w:rsidRDefault="00A34D64">
      <w:pPr>
        <w:keepNext/>
        <w:pageBreakBefore/>
        <w:jc w:val="center"/>
      </w:pPr>
      <w:r>
        <w:rPr>
          <w:b/>
          <w:sz w:val="32"/>
        </w:rPr>
        <w:lastRenderedPageBreak/>
        <w:t>Teacher’s Guide — Chapter 2</w:t>
      </w:r>
    </w:p>
    <w:p w:rsidR="00C37624" w:rsidRDefault="00A34D64">
      <w:pPr>
        <w:keepNext/>
        <w:jc w:val="center"/>
      </w:pPr>
      <w:r>
        <w:rPr>
          <w:b/>
          <w:sz w:val="28"/>
        </w:rPr>
        <w:t>Guardians of Eera</w:t>
      </w:r>
    </w:p>
    <w:p w:rsidR="00C37624" w:rsidRDefault="00A34D64">
      <w:pPr>
        <w:spacing w:before="140" w:after="60"/>
      </w:pPr>
      <w:r>
        <w:rPr>
          <w:b/>
          <w:sz w:val="24"/>
        </w:rPr>
        <w:t>Chapter Focus</w:t>
      </w:r>
    </w:p>
    <w:p w:rsidR="00C37624" w:rsidRDefault="00A34D64">
      <w:r>
        <w:t xml:space="preserve">Chapter 2 introduces Nalandar and Luna through friendship, humour, observation, responsibility, and eventually </w:t>
      </w:r>
      <w:r>
        <w:t>danger. Nalandar is not presented simply as a powerful wizard; he is curious, experienced, imperfect, and deeply connected to Luna and the world around him.</w:t>
      </w:r>
    </w:p>
    <w:p w:rsidR="00C37624" w:rsidRDefault="00A34D64">
      <w:r>
        <w:rPr>
          <w:b/>
        </w:rPr>
        <w:t xml:space="preserve">Teaching progression: </w:t>
      </w:r>
      <w:r>
        <w:t>Observation → Instinct → Judgment → Action → Responsibility</w:t>
      </w:r>
    </w:p>
    <w:p w:rsidR="00C37624" w:rsidRDefault="00A34D64">
      <w:pPr>
        <w:spacing w:before="140" w:after="60"/>
      </w:pPr>
      <w:r>
        <w:rPr>
          <w:b/>
          <w:sz w:val="24"/>
        </w:rPr>
        <w:t>Essential Questio</w:t>
      </w:r>
      <w:r>
        <w:rPr>
          <w:b/>
          <w:sz w:val="24"/>
        </w:rPr>
        <w:t>ns</w:t>
      </w:r>
    </w:p>
    <w:p w:rsidR="00C37624" w:rsidRDefault="00A34D64">
      <w:pPr>
        <w:pStyle w:val="ListBullet"/>
        <w:spacing w:after="60"/>
        <w:ind w:left="0"/>
      </w:pPr>
      <w:r>
        <w:t>What makes someone a guardian: power, responsibility, or the choices they make?</w:t>
      </w:r>
    </w:p>
    <w:p w:rsidR="00C37624" w:rsidRDefault="00A34D64">
      <w:pPr>
        <w:pStyle w:val="ListBullet"/>
        <w:spacing w:after="60"/>
        <w:ind w:left="0"/>
      </w:pPr>
      <w:r>
        <w:t>When should we trust instinct, and when should we question it?</w:t>
      </w:r>
    </w:p>
    <w:p w:rsidR="00C37624" w:rsidRDefault="00A34D64">
      <w:pPr>
        <w:pStyle w:val="ListBullet"/>
        <w:spacing w:after="60"/>
        <w:ind w:left="0"/>
      </w:pPr>
      <w:r>
        <w:t>Does strength mean acting immediately—or knowing when and how to act?</w:t>
      </w:r>
    </w:p>
    <w:p w:rsidR="00C37624" w:rsidRDefault="00A34D64">
      <w:pPr>
        <w:pStyle w:val="ListBullet"/>
        <w:spacing w:after="60"/>
        <w:ind w:left="0"/>
      </w:pPr>
      <w:r>
        <w:t>What can we learn from someone who notic</w:t>
      </w:r>
      <w:r>
        <w:t>es that something is wrong before everyone else does?</w:t>
      </w:r>
    </w:p>
    <w:p w:rsidR="00C37624" w:rsidRDefault="00A34D64">
      <w:pPr>
        <w:spacing w:before="140" w:after="60"/>
      </w:pPr>
      <w:r>
        <w:rPr>
          <w:b/>
          <w:sz w:val="24"/>
        </w:rPr>
        <w:t>Key Teaching Points</w:t>
      </w:r>
    </w:p>
    <w:p w:rsidR="00C37624" w:rsidRDefault="00A34D64">
      <w:pPr>
        <w:spacing w:after="40"/>
      </w:pPr>
      <w:r>
        <w:rPr>
          <w:b/>
        </w:rPr>
        <w:t>Nalandar — Guardian Before Wizard</w:t>
      </w:r>
    </w:p>
    <w:p w:rsidR="00C37624" w:rsidRDefault="00A34D64">
      <w:pPr>
        <w:spacing w:after="80"/>
        <w:ind w:left="259"/>
      </w:pPr>
      <w:r>
        <w:t>Students may initially focus on Nalandar's magic, but encourage them to look beyond his powers. The Wizard's Journal contains generations of accumul</w:t>
      </w:r>
      <w:r>
        <w:t>ated knowledge, and Nalandar has carried the responsibility of Guardian for many years.</w:t>
      </w:r>
    </w:p>
    <w:p w:rsidR="00C37624" w:rsidRDefault="00A34D64">
      <w:pPr>
        <w:spacing w:after="40"/>
      </w:pPr>
      <w:r>
        <w:rPr>
          <w:b/>
        </w:rPr>
        <w:t>Knowledge Does Not Eliminate Questions</w:t>
      </w:r>
    </w:p>
    <w:p w:rsidR="00C37624" w:rsidRDefault="00A34D64">
      <w:pPr>
        <w:spacing w:after="80"/>
        <w:ind w:left="259"/>
      </w:pPr>
      <w:r>
        <w:t>Nalandar has studied the eastern forest repeatedly. He has examined the soil and consulted the Wizard's Journal, yet he still can</w:t>
      </w:r>
      <w:r>
        <w:t>not completely explain why the forests differ so dramatically.</w:t>
      </w:r>
    </w:p>
    <w:p w:rsidR="00C37624" w:rsidRDefault="00A34D64">
      <w:pPr>
        <w:spacing w:after="40"/>
      </w:pPr>
      <w:r>
        <w:rPr>
          <w:b/>
        </w:rPr>
        <w:t>Instinct and Evidence</w:t>
      </w:r>
    </w:p>
    <w:p w:rsidR="00C37624" w:rsidRDefault="00A34D64">
      <w:pPr>
        <w:spacing w:after="80"/>
        <w:ind w:left="259"/>
      </w:pPr>
      <w:r>
        <w:t>Nalandar notices the unexplained dark haze over the mountains. He cannot prove that something is wrong, but his experience tells him the sight is unusual.</w:t>
      </w:r>
    </w:p>
    <w:p w:rsidR="00C37624" w:rsidRDefault="00A34D64">
      <w:pPr>
        <w:spacing w:before="140" w:after="60"/>
      </w:pPr>
      <w:r>
        <w:rPr>
          <w:b/>
          <w:sz w:val="24"/>
        </w:rPr>
        <w:t xml:space="preserve">Student Booklet </w:t>
      </w:r>
      <w:r>
        <w:rPr>
          <w:b/>
          <w:sz w:val="24"/>
        </w:rPr>
        <w:t>Match — Recommended Selections</w:t>
      </w:r>
    </w:p>
    <w:p w:rsidR="00C37624" w:rsidRDefault="00A34D64">
      <w:pPr>
        <w:pStyle w:val="ListBullet"/>
        <w:spacing w:after="60"/>
        <w:ind w:left="0"/>
      </w:pPr>
      <w:r>
        <w:t>1. What do we learn about Nalandar's role as the Guardian of Eera and the Wizard's Journal? Why might the guardians have remained a secretive order rather than openly displaying their power?</w:t>
      </w:r>
    </w:p>
    <w:p w:rsidR="00C37624" w:rsidRDefault="00A34D64">
      <w:pPr>
        <w:pStyle w:val="ListBullet"/>
        <w:spacing w:after="60"/>
        <w:ind w:left="0"/>
      </w:pPr>
      <w:r>
        <w:t>3. Nalandar initially believes the</w:t>
      </w:r>
      <w:r>
        <w:t xml:space="preserve"> attacking Ikts will be easily defeated. What changes when the Blood Searcher appears? Explain why this enemy represents a much greater threat.</w:t>
      </w:r>
    </w:p>
    <w:p w:rsidR="00C37624" w:rsidRDefault="00A34D64">
      <w:pPr>
        <w:pStyle w:val="ListBullet"/>
        <w:spacing w:after="60"/>
        <w:ind w:left="0"/>
      </w:pPr>
      <w:r>
        <w:t>5. Examine the relationship between Nalandar and Luna. Find at least two pieces of evidence that suggest they ar</w:t>
      </w:r>
      <w:r>
        <w:t>e more than simply a wizard and his animal companion.</w:t>
      </w:r>
    </w:p>
    <w:p w:rsidR="00C37624" w:rsidRDefault="00A34D64">
      <w:pPr>
        <w:spacing w:before="140" w:after="60"/>
      </w:pPr>
      <w:r>
        <w:rPr>
          <w:b/>
          <w:sz w:val="24"/>
        </w:rPr>
        <w:t>Quick Assessment</w:t>
      </w:r>
    </w:p>
    <w:p w:rsidR="00C37624" w:rsidRDefault="00A34D64">
      <w:r>
        <w:t>A student can answer orally or in two or three sentences: Tell me one important thing you discovered about Nalandar or Luna in this chapter. What in the story made you think that?</w:t>
      </w:r>
    </w:p>
    <w:p w:rsidR="00C37624" w:rsidRDefault="00A34D64">
      <w:pPr>
        <w:spacing w:before="140" w:after="60"/>
      </w:pPr>
      <w:r>
        <w:rPr>
          <w:b/>
          <w:sz w:val="24"/>
        </w:rPr>
        <w:t xml:space="preserve">If </w:t>
      </w:r>
      <w:r>
        <w:rPr>
          <w:b/>
          <w:sz w:val="24"/>
        </w:rPr>
        <w:t>You Teach Only One Idea</w:t>
      </w:r>
    </w:p>
    <w:p w:rsidR="00C37624" w:rsidRDefault="00A34D64">
      <w:r>
        <w:t>What is strength? At first students may answer:</w:t>
      </w:r>
    </w:p>
    <w:p w:rsidR="00C37624" w:rsidRDefault="00A34D64">
      <w:r>
        <w:br w:type="page"/>
      </w:r>
    </w:p>
    <w:p w:rsidR="00C37624" w:rsidRDefault="00A34D64">
      <w:pPr>
        <w:keepNext/>
        <w:pageBreakBefore/>
        <w:jc w:val="center"/>
      </w:pPr>
      <w:r>
        <w:rPr>
          <w:b/>
          <w:sz w:val="32"/>
        </w:rPr>
        <w:lastRenderedPageBreak/>
        <w:t>Teacher’s Guide — Chapter 3</w:t>
      </w:r>
    </w:p>
    <w:p w:rsidR="00C37624" w:rsidRDefault="00A34D64">
      <w:pPr>
        <w:keepNext/>
        <w:jc w:val="center"/>
      </w:pPr>
      <w:r>
        <w:rPr>
          <w:b/>
          <w:sz w:val="28"/>
        </w:rPr>
        <w:t>The Book of Knowledge</w:t>
      </w:r>
    </w:p>
    <w:p w:rsidR="00C37624" w:rsidRDefault="00A34D64">
      <w:pPr>
        <w:spacing w:before="140" w:after="60"/>
      </w:pPr>
      <w:r>
        <w:rPr>
          <w:b/>
          <w:sz w:val="24"/>
        </w:rPr>
        <w:t>Chapter Focus</w:t>
      </w:r>
    </w:p>
    <w:p w:rsidR="00C37624" w:rsidRDefault="00A34D64">
      <w:r>
        <w:t>Chapter 3 introduces Amhor directly and immediately complicates the idea of leadership. He is powerful, intelligent, p</w:t>
      </w:r>
      <w:r>
        <w:t>atient, and purposeful—but he also treats his soldiers as tools, rules through fear, and sees obedience as more valuable than individual life.</w:t>
      </w:r>
    </w:p>
    <w:p w:rsidR="00C37624" w:rsidRDefault="00A34D64">
      <w:r>
        <w:rPr>
          <w:b/>
        </w:rPr>
        <w:t xml:space="preserve">Teaching progression: </w:t>
      </w:r>
      <w:r>
        <w:t>Authority → Obedience → Fear → Questioning → Responsibility</w:t>
      </w:r>
    </w:p>
    <w:p w:rsidR="00C37624" w:rsidRDefault="00A34D64">
      <w:pPr>
        <w:spacing w:before="140" w:after="60"/>
      </w:pPr>
      <w:r>
        <w:rPr>
          <w:b/>
          <w:sz w:val="24"/>
        </w:rPr>
        <w:t>Essential Questions</w:t>
      </w:r>
    </w:p>
    <w:p w:rsidR="00C37624" w:rsidRDefault="00A34D64">
      <w:pPr>
        <w:pStyle w:val="ListBullet"/>
        <w:spacing w:after="60"/>
        <w:ind w:left="0"/>
      </w:pPr>
      <w:r>
        <w:t>What is the</w:t>
      </w:r>
      <w:r>
        <w:t xml:space="preserve"> difference between leadership and control?</w:t>
      </w:r>
    </w:p>
    <w:p w:rsidR="00C37624" w:rsidRDefault="00A34D64">
      <w:pPr>
        <w:pStyle w:val="ListBullet"/>
        <w:spacing w:after="60"/>
        <w:ind w:left="0"/>
      </w:pPr>
      <w:r>
        <w:t>When does obedience become dangerous?</w:t>
      </w:r>
    </w:p>
    <w:p w:rsidR="00C37624" w:rsidRDefault="00A34D64">
      <w:pPr>
        <w:pStyle w:val="ListBullet"/>
        <w:spacing w:after="60"/>
        <w:ind w:left="0"/>
      </w:pPr>
      <w:r>
        <w:t>Are followers responsible when they obey a leader they privately believe may be wrong?</w:t>
      </w:r>
    </w:p>
    <w:p w:rsidR="00C37624" w:rsidRDefault="00A34D64">
      <w:pPr>
        <w:pStyle w:val="ListBullet"/>
        <w:spacing w:after="60"/>
        <w:ind w:left="0"/>
      </w:pPr>
      <w:r>
        <w:t>Does possessing power reveal character—or change it?</w:t>
      </w:r>
    </w:p>
    <w:p w:rsidR="00C37624" w:rsidRDefault="00A34D64">
      <w:pPr>
        <w:spacing w:before="140" w:after="60"/>
      </w:pPr>
      <w:r>
        <w:rPr>
          <w:b/>
          <w:sz w:val="24"/>
        </w:rPr>
        <w:t>Key Teaching Points</w:t>
      </w:r>
    </w:p>
    <w:p w:rsidR="00C37624" w:rsidRDefault="00A34D64">
      <w:pPr>
        <w:spacing w:after="40"/>
      </w:pPr>
      <w:r>
        <w:rPr>
          <w:b/>
        </w:rPr>
        <w:t>Leadership Thr</w:t>
      </w:r>
      <w:r>
        <w:rPr>
          <w:b/>
        </w:rPr>
        <w:t>ough Fear</w:t>
      </w:r>
    </w:p>
    <w:p w:rsidR="00C37624" w:rsidRDefault="00A34D64">
      <w:pPr>
        <w:spacing w:after="80"/>
        <w:ind w:left="259"/>
      </w:pPr>
      <w:r>
        <w:t>Amhor does not merely command the Ikts. His soldiers understand that failure may mean disappearance or death.</w:t>
      </w:r>
    </w:p>
    <w:p w:rsidR="00C37624" w:rsidRDefault="00A34D64">
      <w:pPr>
        <w:spacing w:after="40"/>
      </w:pPr>
      <w:r>
        <w:rPr>
          <w:b/>
        </w:rPr>
        <w:t>Liza Begins to Question</w:t>
      </w:r>
    </w:p>
    <w:p w:rsidR="00C37624" w:rsidRDefault="00A34D64">
      <w:pPr>
        <w:spacing w:after="80"/>
        <w:ind w:left="259"/>
      </w:pPr>
      <w:r>
        <w:t>Liza has been taught since childhood that Amhor alone protects the Ikts and that questioning this belief amounts</w:t>
      </w:r>
      <w:r>
        <w:t xml:space="preserve"> to treason. Yet he begins wondering whether the laws exist primarily to shape every Ikt according to Amhor’s will.</w:t>
      </w:r>
    </w:p>
    <w:p w:rsidR="00C37624" w:rsidRDefault="00A34D64">
      <w:pPr>
        <w:spacing w:before="140" w:after="60"/>
      </w:pPr>
      <w:r>
        <w:rPr>
          <w:b/>
          <w:sz w:val="24"/>
        </w:rPr>
        <w:t>Student Booklet Match — Recommended Selections</w:t>
      </w:r>
    </w:p>
    <w:p w:rsidR="00C37624" w:rsidRDefault="00A34D64">
      <w:pPr>
        <w:pStyle w:val="ListBullet"/>
        <w:spacing w:after="60"/>
        <w:ind w:left="0"/>
      </w:pPr>
      <w:r>
        <w:t>1. Why has Amhor led the Ikt army across the desert? What does he believe the Book of Knowled</w:t>
      </w:r>
      <w:r>
        <w:t>ge will allow him to accomplish?</w:t>
      </w:r>
    </w:p>
    <w:p w:rsidR="00C37624" w:rsidRDefault="00A34D64">
      <w:pPr>
        <w:pStyle w:val="ListBullet"/>
        <w:spacing w:after="60"/>
        <w:ind w:left="0"/>
      </w:pPr>
      <w:r>
        <w:t>3. How does the eclipse help Amhor locate the buried pyramid? Explain the sequence of events that reveals its location.</w:t>
      </w:r>
    </w:p>
    <w:p w:rsidR="00C37624" w:rsidRDefault="00A34D64">
      <w:pPr>
        <w:pStyle w:val="ListBullet"/>
        <w:spacing w:after="60"/>
        <w:ind w:left="0"/>
      </w:pPr>
      <w:r>
        <w:t>5. When Liza tells Amhor that the soldiers are exhausted, Amhor allows them to rest. At first, this cou</w:t>
      </w:r>
      <w:r>
        <w:t>ld appear to be the decision of a concerned leader. However, the reader is then allowed into Amhor's thoughts.</w:t>
      </w:r>
    </w:p>
    <w:p w:rsidR="00C37624" w:rsidRDefault="00A34D64">
      <w:pPr>
        <w:spacing w:before="140" w:after="60"/>
      </w:pPr>
      <w:r>
        <w:rPr>
          <w:b/>
          <w:sz w:val="24"/>
        </w:rPr>
        <w:t>Quick Assessment</w:t>
      </w:r>
    </w:p>
    <w:p w:rsidR="00C37624" w:rsidRDefault="00A34D64">
      <w:r>
        <w:t>Ask students to complete: Amhor has power, but I would/would not call him a strong leader because... Require one piece of eviden</w:t>
      </w:r>
      <w:r>
        <w:t>ce.</w:t>
      </w:r>
    </w:p>
    <w:p w:rsidR="00C37624" w:rsidRDefault="00A34D64">
      <w:pPr>
        <w:spacing w:before="140" w:after="60"/>
      </w:pPr>
      <w:r>
        <w:rPr>
          <w:b/>
          <w:sz w:val="24"/>
        </w:rPr>
        <w:t>If You Teach Only One Idea</w:t>
      </w:r>
    </w:p>
    <w:p w:rsidR="00C37624" w:rsidRDefault="00A34D64">
      <w:r>
        <w:t>What is the difference between leadership and control? Students may begin with:</w:t>
      </w:r>
    </w:p>
    <w:p w:rsidR="00C37624" w:rsidRDefault="00A34D64">
      <w:r>
        <w:br w:type="page"/>
      </w:r>
    </w:p>
    <w:p w:rsidR="00C37624" w:rsidRDefault="00A34D64">
      <w:pPr>
        <w:keepNext/>
        <w:pageBreakBefore/>
        <w:jc w:val="center"/>
      </w:pPr>
      <w:r>
        <w:rPr>
          <w:b/>
          <w:sz w:val="32"/>
        </w:rPr>
        <w:lastRenderedPageBreak/>
        <w:t>Teacher’s Guide — Chapter 4</w:t>
      </w:r>
    </w:p>
    <w:p w:rsidR="00C37624" w:rsidRDefault="00A34D64">
      <w:pPr>
        <w:keepNext/>
        <w:jc w:val="center"/>
      </w:pPr>
      <w:r>
        <w:rPr>
          <w:b/>
          <w:sz w:val="28"/>
        </w:rPr>
        <w:t>The Birth of Things to Come</w:t>
      </w:r>
    </w:p>
    <w:p w:rsidR="00C37624" w:rsidRDefault="00A34D64">
      <w:pPr>
        <w:spacing w:before="140" w:after="60"/>
      </w:pPr>
      <w:r>
        <w:rPr>
          <w:b/>
          <w:sz w:val="24"/>
        </w:rPr>
        <w:t>Chapter Focus</w:t>
      </w:r>
    </w:p>
    <w:p w:rsidR="00C37624" w:rsidRDefault="00A34D64">
      <w:r>
        <w:t xml:space="preserve">Chapter 4 transforms the prophecy from an abstract idea into something </w:t>
      </w:r>
      <w:r>
        <w:t>deeply personal. Zoona becomes a mother, the child becomes a target, and Nalandar and Tellin realize that the signs they have been watching may now have become reality.</w:t>
      </w:r>
    </w:p>
    <w:p w:rsidR="00C37624" w:rsidRDefault="00A34D64">
      <w:r>
        <w:rPr>
          <w:b/>
        </w:rPr>
        <w:t xml:space="preserve">Teaching progression: </w:t>
      </w:r>
      <w:r>
        <w:t>Love → Vulnerability → Protection → Evidence → Responsibility</w:t>
      </w:r>
    </w:p>
    <w:p w:rsidR="00C37624" w:rsidRDefault="00A34D64">
      <w:pPr>
        <w:spacing w:before="140" w:after="60"/>
      </w:pPr>
      <w:r>
        <w:rPr>
          <w:b/>
          <w:sz w:val="24"/>
        </w:rPr>
        <w:t>Ess</w:t>
      </w:r>
      <w:r>
        <w:rPr>
          <w:b/>
          <w:sz w:val="24"/>
        </w:rPr>
        <w:t>ential Questions</w:t>
      </w:r>
    </w:p>
    <w:p w:rsidR="00C37624" w:rsidRDefault="00A34D64">
      <w:pPr>
        <w:pStyle w:val="ListBullet"/>
        <w:spacing w:after="60"/>
        <w:ind w:left="0"/>
      </w:pPr>
      <w:r>
        <w:t>Does loving someone make us stronger—or more vulnerable?</w:t>
      </w:r>
    </w:p>
    <w:p w:rsidR="00C37624" w:rsidRDefault="00A34D64">
      <w:pPr>
        <w:pStyle w:val="ListBullet"/>
        <w:spacing w:after="60"/>
        <w:ind w:left="0"/>
      </w:pPr>
      <w:r>
        <w:t>What responsibilities come with knowing that someone may be in danger?</w:t>
      </w:r>
    </w:p>
    <w:p w:rsidR="00C37624" w:rsidRDefault="00A34D64">
      <w:pPr>
        <w:pStyle w:val="ListBullet"/>
        <w:spacing w:after="60"/>
        <w:ind w:left="0"/>
      </w:pPr>
      <w:r>
        <w:t>How much evidence should we require before acting?</w:t>
      </w:r>
    </w:p>
    <w:p w:rsidR="00C37624" w:rsidRDefault="00A34D64">
      <w:pPr>
        <w:pStyle w:val="ListBullet"/>
        <w:spacing w:after="60"/>
        <w:ind w:left="0"/>
      </w:pPr>
      <w:r>
        <w:t>Does courage require the ability to succeed, or merely the w</w:t>
      </w:r>
      <w:r>
        <w:t>illingness to act?</w:t>
      </w:r>
    </w:p>
    <w:p w:rsidR="00C37624" w:rsidRDefault="00A34D64">
      <w:pPr>
        <w:spacing w:before="140" w:after="60"/>
      </w:pPr>
      <w:r>
        <w:rPr>
          <w:b/>
          <w:sz w:val="24"/>
        </w:rPr>
        <w:t>Key Teaching Points</w:t>
      </w:r>
    </w:p>
    <w:p w:rsidR="00C37624" w:rsidRDefault="00A34D64">
      <w:pPr>
        <w:spacing w:after="40"/>
      </w:pPr>
      <w:r>
        <w:rPr>
          <w:b/>
        </w:rPr>
        <w:t>Love Creates Both Strength and Vulnerability</w:t>
      </w:r>
    </w:p>
    <w:p w:rsidR="00C37624" w:rsidRDefault="00A34D64">
      <w:pPr>
        <w:spacing w:after="80"/>
        <w:ind w:left="259"/>
      </w:pPr>
      <w:r>
        <w:t>Immediately after the birth, Zoona’s attention narrows entirely to her child. The peace of that moment is then shattered by the Blood Searcher’s arrival.</w:t>
      </w:r>
    </w:p>
    <w:p w:rsidR="00C37624" w:rsidRDefault="00A34D64">
      <w:pPr>
        <w:spacing w:after="40"/>
      </w:pPr>
      <w:r>
        <w:rPr>
          <w:b/>
        </w:rPr>
        <w:t xml:space="preserve">Courage Does Not </w:t>
      </w:r>
      <w:r>
        <w:rPr>
          <w:b/>
        </w:rPr>
        <w:t>Require Power</w:t>
      </w:r>
    </w:p>
    <w:p w:rsidR="00C37624" w:rsidRDefault="00A34D64">
      <w:pPr>
        <w:spacing w:after="80"/>
        <w:ind w:left="259"/>
      </w:pPr>
      <w:r>
        <w:t>The midwife grabs a knife when the attackers enter, even though she has little realistic chance of defeating them. She is killed before she can defend herself.</w:t>
      </w:r>
    </w:p>
    <w:p w:rsidR="00C37624" w:rsidRDefault="00A34D64">
      <w:pPr>
        <w:spacing w:after="40"/>
      </w:pPr>
      <w:r>
        <w:rPr>
          <w:b/>
        </w:rPr>
        <w:t>Evidence Before Certainty</w:t>
      </w:r>
    </w:p>
    <w:p w:rsidR="00C37624" w:rsidRDefault="00A34D64">
      <w:pPr>
        <w:spacing w:after="80"/>
        <w:ind w:left="259"/>
      </w:pPr>
      <w:r>
        <w:t>After the attack, Nalandar admits that he suspected some</w:t>
      </w:r>
      <w:r>
        <w:t>thing was wrong but did not yet have enough evidence to draw the correct conclusion. Once the unusual celestial signs, his own ambush, and the attack on Zoona are connected, the pattern becomes much clearer.</w:t>
      </w:r>
    </w:p>
    <w:p w:rsidR="00C37624" w:rsidRDefault="00A34D64">
      <w:pPr>
        <w:spacing w:before="140" w:after="60"/>
      </w:pPr>
      <w:r>
        <w:rPr>
          <w:b/>
          <w:sz w:val="24"/>
        </w:rPr>
        <w:t>Student Booklet Match — Recommended Selections</w:t>
      </w:r>
    </w:p>
    <w:p w:rsidR="00C37624" w:rsidRDefault="00A34D64">
      <w:pPr>
        <w:pStyle w:val="ListBullet"/>
        <w:spacing w:after="60"/>
        <w:ind w:left="0"/>
      </w:pPr>
      <w:r>
        <w:t>1</w:t>
      </w:r>
      <w:r>
        <w:t>. Nine passes of the crimson moon have occurred since Zoona's encounter with Sar. What unusual characteristics or events surrounding the birth suggest that this is no ordinary child? Identify at least three.</w:t>
      </w:r>
    </w:p>
    <w:p w:rsidR="00C37624" w:rsidRDefault="00A34D64">
      <w:pPr>
        <w:pStyle w:val="ListBullet"/>
        <w:spacing w:after="60"/>
        <w:ind w:left="0"/>
      </w:pPr>
      <w:r>
        <w:t>3. How does the azure jewel protect Zoona and he</w:t>
      </w:r>
      <w:r>
        <w:t>r child? What eventually allows the Blood Searcher to overcome its protection?</w:t>
      </w:r>
    </w:p>
    <w:p w:rsidR="00C37624" w:rsidRDefault="00A34D64">
      <w:pPr>
        <w:pStyle w:val="ListBullet"/>
        <w:spacing w:after="60"/>
        <w:ind w:left="0"/>
      </w:pPr>
      <w:r>
        <w:t>5. Zoona has just endured childbirth when armed enemies enter her home. She is physically exhausted and unable to defend herself normally.</w:t>
      </w:r>
    </w:p>
    <w:p w:rsidR="00C37624" w:rsidRDefault="00A34D64">
      <w:pPr>
        <w:spacing w:before="140" w:after="60"/>
      </w:pPr>
      <w:r>
        <w:rPr>
          <w:b/>
          <w:sz w:val="24"/>
        </w:rPr>
        <w:t>Quick Assessment</w:t>
      </w:r>
    </w:p>
    <w:p w:rsidR="00C37624" w:rsidRDefault="00A34D64">
      <w:r>
        <w:t xml:space="preserve">Ask students to </w:t>
      </w:r>
      <w:r>
        <w:t>complete: Courage does/does not require success because... Require one example from the chapter.</w:t>
      </w:r>
    </w:p>
    <w:p w:rsidR="00C37624" w:rsidRDefault="00A34D64">
      <w:pPr>
        <w:spacing w:before="140" w:after="60"/>
      </w:pPr>
      <w:r>
        <w:rPr>
          <w:b/>
          <w:sz w:val="24"/>
        </w:rPr>
        <w:t>If You Teach Only One Idea</w:t>
      </w:r>
    </w:p>
    <w:p w:rsidR="00C37624" w:rsidRDefault="00A34D64">
      <w:r>
        <w:t>Can love make us both stronger and more vulnerable? Zoona’s child gives her something she would risk everything to protect.</w:t>
      </w:r>
    </w:p>
    <w:p w:rsidR="00C37624" w:rsidRDefault="00A34D64">
      <w:r>
        <w:br w:type="page"/>
      </w:r>
    </w:p>
    <w:p w:rsidR="00C37624" w:rsidRDefault="00A34D64">
      <w:pPr>
        <w:keepNext/>
        <w:pageBreakBefore/>
        <w:jc w:val="center"/>
      </w:pPr>
      <w:r>
        <w:rPr>
          <w:b/>
          <w:sz w:val="32"/>
        </w:rPr>
        <w:lastRenderedPageBreak/>
        <w:t>Teache</w:t>
      </w:r>
      <w:r>
        <w:rPr>
          <w:b/>
          <w:sz w:val="32"/>
        </w:rPr>
        <w:t>r’s Guide — Chapter 5</w:t>
      </w:r>
    </w:p>
    <w:p w:rsidR="00C37624" w:rsidRDefault="00A34D64">
      <w:pPr>
        <w:keepNext/>
        <w:jc w:val="center"/>
      </w:pPr>
      <w:r>
        <w:rPr>
          <w:b/>
          <w:sz w:val="28"/>
        </w:rPr>
        <w:t>The Ikts</w:t>
      </w:r>
    </w:p>
    <w:p w:rsidR="00C37624" w:rsidRDefault="00A34D64">
      <w:pPr>
        <w:spacing w:before="140" w:after="60"/>
      </w:pPr>
      <w:r>
        <w:rPr>
          <w:b/>
          <w:sz w:val="24"/>
        </w:rPr>
        <w:t>Chapter Focus</w:t>
      </w:r>
    </w:p>
    <w:p w:rsidR="00C37624" w:rsidRDefault="00A34D64">
      <w:r>
        <w:t>Chapter 5 gives students their first sustained look at Ikt society from inside rather than from the battlefield. Through Liza, students discover a culture built heavily around duty, hierarchy, survival, prescrib</w:t>
      </w:r>
      <w:r>
        <w:t>ed roles, and obedience.</w:t>
      </w:r>
    </w:p>
    <w:p w:rsidR="00C37624" w:rsidRDefault="00A34D64">
      <w:r>
        <w:rPr>
          <w:b/>
        </w:rPr>
        <w:t xml:space="preserve">Teaching progression: </w:t>
      </w:r>
      <w:r>
        <w:t>Culture → Expectation → Individual Feeling → Questioning → Identity</w:t>
      </w:r>
    </w:p>
    <w:p w:rsidR="00C37624" w:rsidRDefault="00A34D64">
      <w:pPr>
        <w:spacing w:before="140" w:after="60"/>
      </w:pPr>
      <w:r>
        <w:rPr>
          <w:b/>
          <w:sz w:val="24"/>
        </w:rPr>
        <w:t>Essential Questions</w:t>
      </w:r>
    </w:p>
    <w:p w:rsidR="00C37624" w:rsidRDefault="00A34D64">
      <w:pPr>
        <w:pStyle w:val="ListBullet"/>
        <w:spacing w:after="60"/>
        <w:ind w:left="0"/>
      </w:pPr>
      <w:r>
        <w:t>How much of who we are is shaped by the society in which we grow up?</w:t>
      </w:r>
    </w:p>
    <w:p w:rsidR="00C37624" w:rsidRDefault="00A34D64">
      <w:pPr>
        <w:pStyle w:val="ListBullet"/>
        <w:spacing w:after="60"/>
        <w:ind w:left="0"/>
      </w:pPr>
      <w:r>
        <w:t>What happens when personal feelings conflict with cu</w:t>
      </w:r>
      <w:r>
        <w:t>ltural expectations?</w:t>
      </w:r>
    </w:p>
    <w:p w:rsidR="00C37624" w:rsidRDefault="00A34D64">
      <w:pPr>
        <w:pStyle w:val="ListBullet"/>
        <w:spacing w:after="60"/>
        <w:ind w:left="0"/>
      </w:pPr>
      <w:r>
        <w:t>Can we question part of our culture without rejecting the whole culture?</w:t>
      </w:r>
    </w:p>
    <w:p w:rsidR="00C37624" w:rsidRDefault="00A34D64">
      <w:pPr>
        <w:pStyle w:val="ListBullet"/>
        <w:spacing w:after="60"/>
        <w:ind w:left="0"/>
      </w:pPr>
      <w:r>
        <w:t>When does duty become a restriction on individuality?</w:t>
      </w:r>
    </w:p>
    <w:p w:rsidR="00C37624" w:rsidRDefault="00A34D64">
      <w:pPr>
        <w:spacing w:before="140" w:after="60"/>
      </w:pPr>
      <w:r>
        <w:rPr>
          <w:b/>
          <w:sz w:val="24"/>
        </w:rPr>
        <w:t>Key Teaching Points</w:t>
      </w:r>
    </w:p>
    <w:p w:rsidR="00C37624" w:rsidRDefault="00A34D64">
      <w:pPr>
        <w:spacing w:after="40"/>
      </w:pPr>
      <w:r>
        <w:rPr>
          <w:b/>
        </w:rPr>
        <w:t>Seeing the “Enemy” as People</w:t>
      </w:r>
    </w:p>
    <w:p w:rsidR="00C37624" w:rsidRDefault="00A34D64">
      <w:pPr>
        <w:spacing w:after="80"/>
        <w:ind w:left="259"/>
      </w:pPr>
      <w:r>
        <w:t>Until now, students have largely encountered Ikts as soldie</w:t>
      </w:r>
      <w:r>
        <w:t>rs and attackers. They have:</w:t>
      </w:r>
    </w:p>
    <w:p w:rsidR="00C37624" w:rsidRDefault="00A34D64">
      <w:pPr>
        <w:spacing w:after="40"/>
      </w:pPr>
      <w:r>
        <w:rPr>
          <w:b/>
        </w:rPr>
        <w:t>Culture Shapes What Seems “Normal”</w:t>
      </w:r>
    </w:p>
    <w:p w:rsidR="00C37624" w:rsidRDefault="00A34D64">
      <w:pPr>
        <w:spacing w:after="80"/>
        <w:ind w:left="259"/>
      </w:pPr>
      <w:r>
        <w:t xml:space="preserve">Liza views fertilization primarily as obligation. Ikt reproduction is highly regulated, hatchlings are separated into training centers, and roles are assigned according to the expectations of </w:t>
      </w:r>
      <w:r>
        <w:t>the society.</w:t>
      </w:r>
    </w:p>
    <w:p w:rsidR="00C37624" w:rsidRDefault="00A34D64">
      <w:pPr>
        <w:spacing w:after="40"/>
      </w:pPr>
      <w:r>
        <w:rPr>
          <w:b/>
        </w:rPr>
        <w:t>Liza Begins Discovering Individuality</w:t>
      </w:r>
    </w:p>
    <w:p w:rsidR="00C37624" w:rsidRDefault="00A34D64">
      <w:pPr>
        <w:spacing w:after="80"/>
        <w:ind w:left="259"/>
      </w:pPr>
      <w:r>
        <w:t>Liza approaches Reptina as part of a routine duty. Afterward, something has changed.</w:t>
      </w:r>
    </w:p>
    <w:p w:rsidR="00C37624" w:rsidRDefault="00A34D64">
      <w:pPr>
        <w:spacing w:before="140" w:after="60"/>
      </w:pPr>
      <w:r>
        <w:rPr>
          <w:b/>
          <w:sz w:val="24"/>
        </w:rPr>
        <w:t>Student Booklet Match — Recommended Selections</w:t>
      </w:r>
    </w:p>
    <w:p w:rsidR="00C37624" w:rsidRDefault="00A34D64">
      <w:pPr>
        <w:pStyle w:val="ListBullet"/>
        <w:spacing w:after="60"/>
        <w:ind w:left="0"/>
      </w:pPr>
      <w:r>
        <w:t>1. Describe the Ikt system of reproduction and raising children. What hap</w:t>
      </w:r>
      <w:r>
        <w:t>pens after the young hatch, and what does the phrase “Only the strongest survived to adulthood” tell us about Ikt society?</w:t>
      </w:r>
    </w:p>
    <w:p w:rsidR="00C37624" w:rsidRDefault="00A34D64">
      <w:pPr>
        <w:pStyle w:val="ListBullet"/>
        <w:spacing w:after="60"/>
        <w:ind w:left="0"/>
      </w:pPr>
      <w:r>
        <w:t>3. What news does Courie bring back from Eera? Why does Liza immediately recognize Nalandar's importance in what happened?</w:t>
      </w:r>
    </w:p>
    <w:p w:rsidR="00C37624" w:rsidRDefault="00A34D64">
      <w:pPr>
        <w:pStyle w:val="ListBullet"/>
        <w:spacing w:after="60"/>
        <w:ind w:left="0"/>
      </w:pPr>
      <w:r>
        <w:t xml:space="preserve">5. Liza </w:t>
      </w:r>
      <w:r>
        <w:t>remembers watching an Eerian couple showing affection toward one another. He originally intended to kill them but quietly leaves instead. Years later, he still remembers the experience.</w:t>
      </w:r>
    </w:p>
    <w:p w:rsidR="00C37624" w:rsidRDefault="00A34D64">
      <w:pPr>
        <w:spacing w:before="140" w:after="60"/>
      </w:pPr>
      <w:r>
        <w:rPr>
          <w:b/>
          <w:sz w:val="24"/>
        </w:rPr>
        <w:t>Quick Assessment</w:t>
      </w:r>
    </w:p>
    <w:p w:rsidR="00C37624" w:rsidRDefault="00A34D64">
      <w:r>
        <w:t>Ask students to complete: One belief or expectation L</w:t>
      </w:r>
      <w:r>
        <w:t>iza begins questioning is ________. The evidence is ________.</w:t>
      </w:r>
    </w:p>
    <w:p w:rsidR="00C37624" w:rsidRDefault="00A34D64">
      <w:pPr>
        <w:spacing w:before="140" w:after="60"/>
      </w:pPr>
      <w:r>
        <w:rPr>
          <w:b/>
          <w:sz w:val="24"/>
        </w:rPr>
        <w:t>If You Teach Only One Idea</w:t>
      </w:r>
    </w:p>
    <w:p w:rsidR="00C37624" w:rsidRDefault="00A34D64">
      <w:r>
        <w:t>How much of who you are is really your own choice? Students are shaped by:</w:t>
      </w:r>
    </w:p>
    <w:p w:rsidR="00C37624" w:rsidRDefault="00A34D64">
      <w:r>
        <w:br w:type="page"/>
      </w:r>
    </w:p>
    <w:p w:rsidR="00C37624" w:rsidRDefault="00A34D64">
      <w:pPr>
        <w:keepNext/>
        <w:pageBreakBefore/>
        <w:jc w:val="center"/>
      </w:pPr>
      <w:r>
        <w:rPr>
          <w:b/>
          <w:sz w:val="32"/>
        </w:rPr>
        <w:lastRenderedPageBreak/>
        <w:t>Teacher’s Guide — Chapter 6</w:t>
      </w:r>
    </w:p>
    <w:p w:rsidR="00C37624" w:rsidRDefault="00A34D64">
      <w:pPr>
        <w:keepNext/>
        <w:jc w:val="center"/>
      </w:pPr>
      <w:r>
        <w:rPr>
          <w:b/>
          <w:sz w:val="28"/>
        </w:rPr>
        <w:t>The Road to Becoming</w:t>
      </w:r>
    </w:p>
    <w:p w:rsidR="00C37624" w:rsidRDefault="00A34D64">
      <w:pPr>
        <w:spacing w:before="140" w:after="60"/>
      </w:pPr>
      <w:r>
        <w:rPr>
          <w:b/>
          <w:sz w:val="24"/>
        </w:rPr>
        <w:t>Chapter Focus</w:t>
      </w:r>
    </w:p>
    <w:p w:rsidR="00C37624" w:rsidRDefault="00A34D64">
      <w:r>
        <w:t xml:space="preserve">Zantar begins his first </w:t>
      </w:r>
      <w:r>
        <w:t>formal combat training under Tellin while Nalandar watches the deeper change taking place. The chapter balances humor, mentorship, sensitivity, his immediate bond with Charm, and a final moment of intuition that suggests he is becoming more than any of the</w:t>
      </w:r>
      <w:r>
        <w:t xml:space="preserve"> adults fully understand.</w:t>
      </w:r>
    </w:p>
    <w:p w:rsidR="00C37624" w:rsidRDefault="00A34D64">
      <w:r>
        <w:rPr>
          <w:b/>
        </w:rPr>
        <w:t xml:space="preserve">Teaching progression: </w:t>
      </w:r>
      <w:r>
        <w:t>Excitement → Learning → Embarrassment → Persistence → Becoming</w:t>
      </w:r>
    </w:p>
    <w:p w:rsidR="00C37624" w:rsidRDefault="00A34D64">
      <w:pPr>
        <w:spacing w:before="140" w:after="60"/>
      </w:pPr>
      <w:r>
        <w:rPr>
          <w:b/>
          <w:sz w:val="24"/>
        </w:rPr>
        <w:t>Essential Questions</w:t>
      </w:r>
    </w:p>
    <w:p w:rsidR="00C37624" w:rsidRDefault="00A34D64">
      <w:pPr>
        <w:pStyle w:val="ListBullet"/>
        <w:spacing w:after="60"/>
        <w:ind w:left="0"/>
      </w:pPr>
      <w:r>
        <w:t>Can someone become stronger without becoming emotionally hard?</w:t>
      </w:r>
    </w:p>
    <w:p w:rsidR="00C37624" w:rsidRDefault="00A34D64">
      <w:pPr>
        <w:pStyle w:val="ListBullet"/>
        <w:spacing w:after="60"/>
        <w:ind w:left="0"/>
      </w:pPr>
      <w:r>
        <w:t>What makes a good mentor?</w:t>
      </w:r>
    </w:p>
    <w:p w:rsidR="00C37624" w:rsidRDefault="00A34D64">
      <w:pPr>
        <w:pStyle w:val="ListBullet"/>
        <w:spacing w:after="60"/>
        <w:ind w:left="0"/>
      </w:pPr>
      <w:r>
        <w:t>Is sensitivity a weakness, a strengt</w:t>
      </w:r>
      <w:r>
        <w:t>h, or both?</w:t>
      </w:r>
    </w:p>
    <w:p w:rsidR="00C37624" w:rsidRDefault="00A34D64">
      <w:pPr>
        <w:pStyle w:val="ListBullet"/>
        <w:spacing w:after="60"/>
        <w:ind w:left="0"/>
      </w:pPr>
      <w:r>
        <w:t>How do persistence and intuition contribute to learning?</w:t>
      </w:r>
    </w:p>
    <w:p w:rsidR="00C37624" w:rsidRDefault="00A34D64">
      <w:pPr>
        <w:spacing w:before="140" w:after="60"/>
      </w:pPr>
      <w:r>
        <w:rPr>
          <w:b/>
          <w:sz w:val="24"/>
        </w:rPr>
        <w:t>Key Teaching Points</w:t>
      </w:r>
    </w:p>
    <w:p w:rsidR="00C37624" w:rsidRDefault="00A34D64">
      <w:pPr>
        <w:spacing w:after="40"/>
      </w:pPr>
      <w:r>
        <w:rPr>
          <w:b/>
        </w:rPr>
        <w:t>Strength Without Hardening the Heart</w:t>
      </w:r>
    </w:p>
    <w:p w:rsidR="00C37624" w:rsidRDefault="00A34D64">
      <w:pPr>
        <w:spacing w:after="80"/>
        <w:ind w:left="259"/>
      </w:pPr>
      <w:r>
        <w:t>Nalandar’s concern is not whether Zantar can learn to fight, but whether he can gain strength without losing compassion. This give</w:t>
      </w:r>
      <w:r>
        <w:t>s teachers a useful distinction between toughness and hardness.</w:t>
      </w:r>
    </w:p>
    <w:p w:rsidR="00C37624" w:rsidRDefault="00A34D64">
      <w:pPr>
        <w:spacing w:after="40"/>
      </w:pPr>
      <w:r>
        <w:rPr>
          <w:b/>
        </w:rPr>
        <w:t>Mentorship Is More Than Instruction</w:t>
      </w:r>
    </w:p>
    <w:p w:rsidR="00C37624" w:rsidRDefault="00A34D64">
      <w:pPr>
        <w:spacing w:after="80"/>
        <w:ind w:left="259"/>
      </w:pPr>
      <w:r>
        <w:t xml:space="preserve">Tellin teaches practical skill while Nalandar watches character and judgment. Together they show that preparation for adulthood involves both what a person </w:t>
      </w:r>
      <w:r>
        <w:t>can do and who that person is becoming.</w:t>
      </w:r>
    </w:p>
    <w:p w:rsidR="00C37624" w:rsidRDefault="00A34D64">
      <w:pPr>
        <w:spacing w:after="40"/>
      </w:pPr>
      <w:r>
        <w:rPr>
          <w:b/>
        </w:rPr>
        <w:t>Persistence and Intuition</w:t>
      </w:r>
    </w:p>
    <w:p w:rsidR="00C37624" w:rsidRDefault="00A34D64">
      <w:pPr>
        <w:spacing w:after="80"/>
        <w:ind w:left="259"/>
      </w:pPr>
      <w:r>
        <w:t>Zantar fails to find the hidden gate mechanism by ordinary searching, refuses to quit, and finally locates it through a quiet sense of certainty. The moment invites discussion about persiste</w:t>
      </w:r>
      <w:r>
        <w:t>nce, observation, instinct, and unexplained ability.</w:t>
      </w:r>
    </w:p>
    <w:p w:rsidR="00C37624" w:rsidRDefault="00A34D64">
      <w:pPr>
        <w:spacing w:before="140" w:after="60"/>
      </w:pPr>
      <w:r>
        <w:rPr>
          <w:b/>
          <w:sz w:val="24"/>
        </w:rPr>
        <w:t>Student Booklet Match — Recommended Selections</w:t>
      </w:r>
    </w:p>
    <w:p w:rsidR="00C37624" w:rsidRDefault="00A34D64">
      <w:pPr>
        <w:pStyle w:val="ListBullet"/>
        <w:spacing w:after="60"/>
        <w:ind w:left="0"/>
      </w:pPr>
      <w:r>
        <w:t>1. Why is Zantar excited and nervous at the beginning of the chapter? What new stage of his life is beginning?</w:t>
      </w:r>
    </w:p>
    <w:p w:rsidR="00C37624" w:rsidRDefault="00A34D64">
      <w:pPr>
        <w:pStyle w:val="ListBullet"/>
        <w:spacing w:after="60"/>
        <w:ind w:left="0"/>
      </w:pPr>
      <w:r>
        <w:t>6. Nalandar says, “We must teach him strength</w:t>
      </w:r>
      <w:r>
        <w:t xml:space="preserve"> without hardening his heart.” What does this mean? Why might that balance be especially important for Zantar?</w:t>
      </w:r>
    </w:p>
    <w:p w:rsidR="00C37624" w:rsidRDefault="00A34D64">
      <w:pPr>
        <w:pStyle w:val="ListBullet"/>
        <w:spacing w:after="60"/>
        <w:ind w:left="0"/>
      </w:pPr>
      <w:r>
        <w:t>9. How does Zantar finally locate the moving trigger stone? Why does Nalandar’s silent reaction suggest that the moment may be more important tha</w:t>
      </w:r>
      <w:r>
        <w:t>n Zantar realizes?</w:t>
      </w:r>
    </w:p>
    <w:p w:rsidR="00C37624" w:rsidRDefault="00A34D64">
      <w:pPr>
        <w:spacing w:before="140" w:after="60"/>
      </w:pPr>
      <w:r>
        <w:rPr>
          <w:b/>
          <w:sz w:val="24"/>
        </w:rPr>
        <w:t>Quick Assessment</w:t>
      </w:r>
    </w:p>
    <w:p w:rsidR="00C37624" w:rsidRDefault="00A34D64">
      <w:r>
        <w:t>Ask students: “What does Nalandar mean by strength without hardening the heart?” Require one example from the chapter.</w:t>
      </w:r>
    </w:p>
    <w:p w:rsidR="00C37624" w:rsidRDefault="00A34D64">
      <w:pPr>
        <w:spacing w:before="140" w:after="60"/>
      </w:pPr>
      <w:r>
        <w:rPr>
          <w:b/>
          <w:sz w:val="24"/>
        </w:rPr>
        <w:t>If You Teach Only One Idea</w:t>
      </w:r>
    </w:p>
    <w:p w:rsidR="00C37624" w:rsidRDefault="00A34D64">
      <w:r>
        <w:t>Can a person become stronger without becoming harder? Zantar’s first train</w:t>
      </w:r>
      <w:r>
        <w:t>ing day suggests that becoming capable and remaining compassionate do not have to be opposites.</w:t>
      </w:r>
    </w:p>
    <w:p w:rsidR="00C37624" w:rsidRDefault="00A34D64">
      <w:r>
        <w:br w:type="page"/>
      </w:r>
    </w:p>
    <w:p w:rsidR="00C37624" w:rsidRDefault="00A34D64">
      <w:pPr>
        <w:keepNext/>
        <w:pageBreakBefore/>
        <w:jc w:val="center"/>
      </w:pPr>
      <w:r>
        <w:rPr>
          <w:b/>
          <w:sz w:val="32"/>
        </w:rPr>
        <w:lastRenderedPageBreak/>
        <w:t>Teacher’s Guide — Chapter 7</w:t>
      </w:r>
    </w:p>
    <w:p w:rsidR="00C37624" w:rsidRDefault="00A34D64">
      <w:pPr>
        <w:keepNext/>
        <w:jc w:val="center"/>
      </w:pPr>
      <w:r>
        <w:rPr>
          <w:b/>
          <w:sz w:val="28"/>
        </w:rPr>
        <w:t>The Beauty of Anima</w:t>
      </w:r>
    </w:p>
    <w:p w:rsidR="00C37624" w:rsidRDefault="00A34D64">
      <w:pPr>
        <w:spacing w:before="140" w:after="60"/>
      </w:pPr>
      <w:r>
        <w:rPr>
          <w:b/>
          <w:sz w:val="24"/>
        </w:rPr>
        <w:t>Chapter Focus</w:t>
      </w:r>
    </w:p>
    <w:p w:rsidR="00C37624" w:rsidRDefault="00A34D64">
      <w:r>
        <w:t>Chapter 7 moves Zantar from darkness into possibility. He first follows a mysterious voice benea</w:t>
      </w:r>
      <w:r>
        <w:t>th the mountain and nearly rides into an ancient chasm.</w:t>
      </w:r>
    </w:p>
    <w:p w:rsidR="00C37624" w:rsidRDefault="00A34D64">
      <w:r>
        <w:rPr>
          <w:b/>
        </w:rPr>
        <w:t xml:space="preserve">Teaching progression: </w:t>
      </w:r>
      <w:r>
        <w:t>Fear → Curiosity → Judgment → Wonder → Hope</w:t>
      </w:r>
    </w:p>
    <w:p w:rsidR="00C37624" w:rsidRDefault="00A34D64">
      <w:pPr>
        <w:spacing w:before="140" w:after="60"/>
      </w:pPr>
      <w:r>
        <w:rPr>
          <w:b/>
          <w:sz w:val="24"/>
        </w:rPr>
        <w:t>Essential Questions</w:t>
      </w:r>
    </w:p>
    <w:p w:rsidR="00C37624" w:rsidRDefault="00A34D64">
      <w:pPr>
        <w:pStyle w:val="ListBullet"/>
        <w:spacing w:after="60"/>
        <w:ind w:left="0"/>
      </w:pPr>
      <w:r>
        <w:t>Is courage the absence of fear, or the decision to continue despite fear?</w:t>
      </w:r>
    </w:p>
    <w:p w:rsidR="00C37624" w:rsidRDefault="00A34D64">
      <w:pPr>
        <w:pStyle w:val="ListBullet"/>
        <w:spacing w:after="60"/>
        <w:ind w:left="0"/>
      </w:pPr>
      <w:r>
        <w:t>When should curiosity be followed—and wh</w:t>
      </w:r>
      <w:r>
        <w:t>en should it be restrained?</w:t>
      </w:r>
    </w:p>
    <w:p w:rsidR="00C37624" w:rsidRDefault="00A34D64">
      <w:pPr>
        <w:pStyle w:val="ListBullet"/>
        <w:spacing w:after="60"/>
        <w:ind w:left="0"/>
      </w:pPr>
      <w:r>
        <w:t>What makes a place worth protecting?</w:t>
      </w:r>
    </w:p>
    <w:p w:rsidR="00C37624" w:rsidRDefault="00A34D64">
      <w:pPr>
        <w:pStyle w:val="ListBullet"/>
        <w:spacing w:after="60"/>
        <w:ind w:left="0"/>
      </w:pPr>
      <w:r>
        <w:t>Is leadership about being served, or serving others?</w:t>
      </w:r>
    </w:p>
    <w:p w:rsidR="00C37624" w:rsidRDefault="00A34D64">
      <w:pPr>
        <w:spacing w:before="140" w:after="60"/>
      </w:pPr>
      <w:r>
        <w:rPr>
          <w:b/>
          <w:sz w:val="24"/>
        </w:rPr>
        <w:t>Key Teaching Points</w:t>
      </w:r>
    </w:p>
    <w:p w:rsidR="00C37624" w:rsidRDefault="00A34D64">
      <w:pPr>
        <w:spacing w:after="40"/>
      </w:pPr>
      <w:r>
        <w:rPr>
          <w:b/>
        </w:rPr>
        <w:t>Courage Can Include Fear</w:t>
      </w:r>
    </w:p>
    <w:p w:rsidR="00C37624" w:rsidRDefault="00A34D64">
      <w:pPr>
        <w:spacing w:after="80"/>
        <w:ind w:left="259"/>
      </w:pPr>
      <w:r>
        <w:t>As Zantar enters the dark passage, he instinctively moves closer to Nalandar. The narration s</w:t>
      </w:r>
      <w:r>
        <w:t>uggests that courage may simply mean continuing forward even while afraid.</w:t>
      </w:r>
    </w:p>
    <w:p w:rsidR="00C37624" w:rsidRDefault="00A34D64">
      <w:pPr>
        <w:spacing w:after="40"/>
      </w:pPr>
      <w:r>
        <w:rPr>
          <w:b/>
        </w:rPr>
        <w:t>Curiosity Needs Judgment</w:t>
      </w:r>
    </w:p>
    <w:p w:rsidR="00C37624" w:rsidRDefault="00A34D64">
      <w:pPr>
        <w:spacing w:after="80"/>
        <w:ind w:left="259"/>
      </w:pPr>
      <w:r>
        <w:t xml:space="preserve">Zantar hears a voice calling him and follows it because it feels familiar rather than dangerous. Charm eventually refuses to continue, and Nalandar </w:t>
      </w:r>
      <w:r>
        <w:t>discovers that Zantar was only one step from a deep chasm.</w:t>
      </w:r>
    </w:p>
    <w:p w:rsidR="00C37624" w:rsidRDefault="00A34D64">
      <w:pPr>
        <w:spacing w:before="140" w:after="60"/>
      </w:pPr>
      <w:r>
        <w:rPr>
          <w:b/>
          <w:sz w:val="24"/>
        </w:rPr>
        <w:t>Student Booklet Match — Recommended Selections</w:t>
      </w:r>
    </w:p>
    <w:p w:rsidR="00C37624" w:rsidRDefault="00A34D64">
      <w:pPr>
        <w:pStyle w:val="ListBullet"/>
        <w:spacing w:after="60"/>
        <w:ind w:left="0"/>
      </w:pPr>
      <w:r>
        <w:t xml:space="preserve">1. How has Zantar already changed since the previous day? What does his improved confidence with Charm suggest about the way he responds to mistakes </w:t>
      </w:r>
      <w:r>
        <w:t>and embarrassment?</w:t>
      </w:r>
    </w:p>
    <w:p w:rsidR="00C37624" w:rsidRDefault="00A34D64">
      <w:pPr>
        <w:pStyle w:val="ListBullet"/>
        <w:spacing w:after="60"/>
        <w:ind w:left="0"/>
      </w:pPr>
      <w:r>
        <w:t>3. How does Charm respond as Zantar approaches the chasm? What might her reaction suggest about instinct and perception?</w:t>
      </w:r>
    </w:p>
    <w:p w:rsidR="00C37624" w:rsidRDefault="00A34D64">
      <w:pPr>
        <w:pStyle w:val="ListBullet"/>
        <w:spacing w:after="60"/>
        <w:ind w:left="0"/>
      </w:pPr>
      <w:r>
        <w:t>5. After Tellin asks why Zantar followed the mysterious voice, Zantar says:</w:t>
      </w:r>
    </w:p>
    <w:p w:rsidR="00C37624" w:rsidRDefault="00A34D64">
      <w:pPr>
        <w:spacing w:before="140" w:after="60"/>
      </w:pPr>
      <w:r>
        <w:rPr>
          <w:b/>
          <w:sz w:val="24"/>
        </w:rPr>
        <w:t>Quick Assessment</w:t>
      </w:r>
    </w:p>
    <w:p w:rsidR="00C37624" w:rsidRDefault="00A34D64">
      <w:r>
        <w:t>Ask students to complet</w:t>
      </w:r>
      <w:r>
        <w:t>e: One thing Anima shows Zantar is worth protecting is ________ because ________. A short response is enough.</w:t>
      </w:r>
    </w:p>
    <w:p w:rsidR="00C37624" w:rsidRDefault="00A34D64">
      <w:pPr>
        <w:spacing w:before="140" w:after="60"/>
      </w:pPr>
      <w:r>
        <w:rPr>
          <w:b/>
          <w:sz w:val="24"/>
        </w:rPr>
        <w:t>If You Teach Only One Idea</w:t>
      </w:r>
    </w:p>
    <w:p w:rsidR="00C37624" w:rsidRDefault="00A34D64">
      <w:r>
        <w:t>What makes something worth protecting? Students may begin with:</w:t>
      </w:r>
    </w:p>
    <w:p w:rsidR="00C37624" w:rsidRDefault="00A34D64">
      <w:r>
        <w:br w:type="page"/>
      </w:r>
    </w:p>
    <w:p w:rsidR="00C37624" w:rsidRDefault="00A34D64">
      <w:pPr>
        <w:keepNext/>
        <w:pageBreakBefore/>
        <w:jc w:val="center"/>
      </w:pPr>
      <w:r>
        <w:rPr>
          <w:b/>
          <w:sz w:val="32"/>
        </w:rPr>
        <w:lastRenderedPageBreak/>
        <w:t>Teacher’s Guide — Chapter 8</w:t>
      </w:r>
    </w:p>
    <w:p w:rsidR="00C37624" w:rsidRDefault="00A34D64">
      <w:pPr>
        <w:keepNext/>
        <w:jc w:val="center"/>
      </w:pPr>
      <w:r>
        <w:rPr>
          <w:b/>
          <w:sz w:val="28"/>
        </w:rPr>
        <w:t>Arrival at the Palace</w:t>
      </w:r>
    </w:p>
    <w:p w:rsidR="00C37624" w:rsidRDefault="00A34D64">
      <w:pPr>
        <w:spacing w:before="140" w:after="60"/>
      </w:pPr>
      <w:r>
        <w:rPr>
          <w:b/>
          <w:sz w:val="24"/>
        </w:rPr>
        <w:t>Cha</w:t>
      </w:r>
      <w:r>
        <w:rPr>
          <w:b/>
          <w:sz w:val="24"/>
        </w:rPr>
        <w:t>pter Focus</w:t>
      </w:r>
    </w:p>
    <w:p w:rsidR="00C37624" w:rsidRDefault="00A34D64">
      <w:r>
        <w:t>Chapter 8 deepens what Anima represents. Zantar sees a city where rulers are not separated from ordinary people, servants are not ruled by fear, kindness extends even to animals, and the palace itself feels like the heart of the community rather</w:t>
      </w:r>
      <w:r>
        <w:t xml:space="preserve"> than a fortress above it.</w:t>
      </w:r>
    </w:p>
    <w:p w:rsidR="00C37624" w:rsidRDefault="00A34D64">
      <w:r>
        <w:rPr>
          <w:b/>
        </w:rPr>
        <w:t xml:space="preserve">Teaching progression: </w:t>
      </w:r>
      <w:r>
        <w:t>Belonging → Trust → Leadership → Hope → Mystery</w:t>
      </w:r>
    </w:p>
    <w:p w:rsidR="00C37624" w:rsidRDefault="00A34D64">
      <w:pPr>
        <w:spacing w:before="140" w:after="60"/>
      </w:pPr>
      <w:r>
        <w:rPr>
          <w:b/>
          <w:sz w:val="24"/>
        </w:rPr>
        <w:t>Essential Questions</w:t>
      </w:r>
    </w:p>
    <w:p w:rsidR="00C37624" w:rsidRDefault="00A34D64">
      <w:pPr>
        <w:pStyle w:val="ListBullet"/>
        <w:spacing w:after="60"/>
        <w:ind w:left="0"/>
      </w:pPr>
      <w:r>
        <w:t>What makes a community feel like home?</w:t>
      </w:r>
    </w:p>
    <w:p w:rsidR="00C37624" w:rsidRDefault="00A34D64">
      <w:pPr>
        <w:pStyle w:val="ListBullet"/>
        <w:spacing w:after="60"/>
        <w:ind w:left="0"/>
      </w:pPr>
      <w:r>
        <w:t>Can people work hard without being ruled by fear?</w:t>
      </w:r>
    </w:p>
    <w:p w:rsidR="00C37624" w:rsidRDefault="00A34D64">
      <w:pPr>
        <w:pStyle w:val="ListBullet"/>
        <w:spacing w:after="60"/>
        <w:ind w:left="0"/>
      </w:pPr>
      <w:r>
        <w:t>What does trust look like in leadership?</w:t>
      </w:r>
    </w:p>
    <w:p w:rsidR="00C37624" w:rsidRDefault="00A34D64">
      <w:pPr>
        <w:pStyle w:val="ListBullet"/>
        <w:spacing w:after="60"/>
        <w:ind w:left="0"/>
      </w:pPr>
      <w:r>
        <w:t>Why might</w:t>
      </w:r>
      <w:r>
        <w:t xml:space="preserve"> hope be something worth protecting?</w:t>
      </w:r>
    </w:p>
    <w:p w:rsidR="00C37624" w:rsidRDefault="00A34D64">
      <w:pPr>
        <w:spacing w:before="140" w:after="60"/>
      </w:pPr>
      <w:r>
        <w:rPr>
          <w:b/>
          <w:sz w:val="24"/>
        </w:rPr>
        <w:t>Key Teaching Points</w:t>
      </w:r>
    </w:p>
    <w:p w:rsidR="00C37624" w:rsidRDefault="00A34D64">
      <w:pPr>
        <w:spacing w:after="40"/>
      </w:pPr>
      <w:r>
        <w:rPr>
          <w:b/>
        </w:rPr>
        <w:t>A Kingdom Is Its People</w:t>
      </w:r>
    </w:p>
    <w:p w:rsidR="00C37624" w:rsidRDefault="00A34D64">
      <w:pPr>
        <w:spacing w:after="80"/>
        <w:ind w:left="259"/>
      </w:pPr>
      <w:r>
        <w:t>The central statue in Anima is not of a king or warrior. It represents an ordinary family, and Nalandar tells Zantar that kingdoms are remembered because of their people rathe</w:t>
      </w:r>
      <w:r>
        <w:t>r than their rulers.</w:t>
      </w:r>
    </w:p>
    <w:p w:rsidR="00C37624" w:rsidRDefault="00A34D64">
      <w:pPr>
        <w:spacing w:after="40"/>
      </w:pPr>
      <w:r>
        <w:rPr>
          <w:b/>
        </w:rPr>
        <w:t>Kindness Is Not Weakness</w:t>
      </w:r>
    </w:p>
    <w:p w:rsidR="00C37624" w:rsidRDefault="00A34D64">
      <w:pPr>
        <w:spacing w:after="80"/>
        <w:ind w:left="259"/>
      </w:pPr>
      <w:r>
        <w:t>Etwan treats Charm with warmth and explains that people are not the only ones who respond to kindness. This is simple, but useful.</w:t>
      </w:r>
    </w:p>
    <w:p w:rsidR="00C37624" w:rsidRDefault="00A34D64">
      <w:pPr>
        <w:spacing w:after="40"/>
      </w:pPr>
      <w:r>
        <w:rPr>
          <w:b/>
        </w:rPr>
        <w:t>Fear Builds Walls. Trust Builds Homes.</w:t>
      </w:r>
    </w:p>
    <w:p w:rsidR="00C37624" w:rsidRDefault="00A34D64">
      <w:pPr>
        <w:spacing w:after="80"/>
        <w:ind w:left="259"/>
      </w:pPr>
      <w:r>
        <w:t xml:space="preserve">Zantar notices that the palace servants </w:t>
      </w:r>
      <w:r>
        <w:t>do not appear afraid of making mistakes. Tellin answers:</w:t>
      </w:r>
    </w:p>
    <w:p w:rsidR="00C37624" w:rsidRDefault="00A34D64">
      <w:pPr>
        <w:spacing w:before="140" w:after="60"/>
      </w:pPr>
      <w:r>
        <w:rPr>
          <w:b/>
          <w:sz w:val="24"/>
        </w:rPr>
        <w:t>Student Booklet Match — Recommended Selections</w:t>
      </w:r>
    </w:p>
    <w:p w:rsidR="00C37624" w:rsidRDefault="00A34D64">
      <w:pPr>
        <w:pStyle w:val="ListBullet"/>
        <w:spacing w:after="60"/>
        <w:ind w:left="0"/>
      </w:pPr>
      <w:r>
        <w:t>1. What does Zantar notice about everyday life as he travels farther into Anima? Identify three details that help create his impression of the city.</w:t>
      </w:r>
    </w:p>
    <w:p w:rsidR="00C37624" w:rsidRDefault="00A34D64">
      <w:pPr>
        <w:pStyle w:val="ListBullet"/>
        <w:spacing w:after="60"/>
        <w:ind w:left="0"/>
      </w:pPr>
      <w:r>
        <w:t xml:space="preserve">3. </w:t>
      </w:r>
      <w:r>
        <w:t>How is Tellin treated by the guards, servants, and ordinary people at the palace? What does their behavior suggest about his relationship with them?</w:t>
      </w:r>
    </w:p>
    <w:p w:rsidR="00C37624" w:rsidRDefault="00A34D64">
      <w:pPr>
        <w:pStyle w:val="ListBullet"/>
        <w:spacing w:after="60"/>
        <w:ind w:left="0"/>
      </w:pPr>
      <w:r>
        <w:t>5. Choose something from Chapter 8 that caught your attention.</w:t>
      </w:r>
    </w:p>
    <w:p w:rsidR="00C37624" w:rsidRDefault="00A34D64">
      <w:pPr>
        <w:spacing w:before="140" w:after="60"/>
      </w:pPr>
      <w:r>
        <w:rPr>
          <w:b/>
          <w:sz w:val="24"/>
        </w:rPr>
        <w:t>Quick Assessment</w:t>
      </w:r>
    </w:p>
    <w:p w:rsidR="00C37624" w:rsidRDefault="00A34D64">
      <w:r>
        <w:t>Ask students to complete: A</w:t>
      </w:r>
      <w:r>
        <w:t xml:space="preserve"> community begins to feel like home when... Then ask them to connect their answer to one moment from Chapter 8.</w:t>
      </w:r>
    </w:p>
    <w:p w:rsidR="00C37624" w:rsidRDefault="00A34D64">
      <w:pPr>
        <w:spacing w:before="140" w:after="60"/>
      </w:pPr>
      <w:r>
        <w:rPr>
          <w:b/>
          <w:sz w:val="24"/>
        </w:rPr>
        <w:t>If You Teach Only One Idea</w:t>
      </w:r>
    </w:p>
    <w:p w:rsidR="00C37624" w:rsidRDefault="00A34D64">
      <w:r>
        <w:t>What creates a stronger community—fear or trust? The chapter gives students evidence for trust.</w:t>
      </w:r>
    </w:p>
    <w:p w:rsidR="00C37624" w:rsidRDefault="00A34D64">
      <w:r>
        <w:br w:type="page"/>
      </w:r>
    </w:p>
    <w:p w:rsidR="00C37624" w:rsidRDefault="00A34D64">
      <w:pPr>
        <w:keepNext/>
        <w:pageBreakBefore/>
        <w:jc w:val="center"/>
      </w:pPr>
      <w:r>
        <w:rPr>
          <w:b/>
          <w:sz w:val="32"/>
        </w:rPr>
        <w:lastRenderedPageBreak/>
        <w:t>Teacher’s Guide — C</w:t>
      </w:r>
      <w:r>
        <w:rPr>
          <w:b/>
          <w:sz w:val="32"/>
        </w:rPr>
        <w:t>hapter 9</w:t>
      </w:r>
    </w:p>
    <w:p w:rsidR="00C37624" w:rsidRDefault="00A34D64">
      <w:pPr>
        <w:keepNext/>
        <w:jc w:val="center"/>
      </w:pPr>
      <w:r>
        <w:rPr>
          <w:b/>
          <w:sz w:val="28"/>
        </w:rPr>
        <w:t>The Machinery of Darkness</w:t>
      </w:r>
    </w:p>
    <w:p w:rsidR="00C37624" w:rsidRDefault="00A34D64">
      <w:pPr>
        <w:spacing w:before="140" w:after="60"/>
      </w:pPr>
      <w:r>
        <w:rPr>
          <w:b/>
          <w:sz w:val="24"/>
        </w:rPr>
        <w:t>Chapter Focus</w:t>
      </w:r>
    </w:p>
    <w:p w:rsidR="00C37624" w:rsidRDefault="00A34D64">
      <w:r>
        <w:t>Chapter 9 shifts away from the warmth of Anima and returns students to Amhor and Rakshasa. The contrast is deliberate.</w:t>
      </w:r>
    </w:p>
    <w:p w:rsidR="00C37624" w:rsidRDefault="00A34D64">
      <w:r>
        <w:rPr>
          <w:b/>
        </w:rPr>
        <w:t xml:space="preserve">Teaching progression: </w:t>
      </w:r>
      <w:r>
        <w:t>Influence → Manipulation → Choice → Freedom → Responsibility</w:t>
      </w:r>
    </w:p>
    <w:p w:rsidR="00C37624" w:rsidRDefault="00A34D64">
      <w:pPr>
        <w:spacing w:before="140" w:after="60"/>
      </w:pPr>
      <w:r>
        <w:rPr>
          <w:b/>
          <w:sz w:val="24"/>
        </w:rPr>
        <w:t>Essential Questions</w:t>
      </w:r>
    </w:p>
    <w:p w:rsidR="00C37624" w:rsidRDefault="00A34D64">
      <w:pPr>
        <w:pStyle w:val="ListBullet"/>
        <w:spacing w:after="60"/>
        <w:ind w:left="0"/>
      </w:pPr>
      <w:r>
        <w:t>Can someone control another person without directly forcing them?</w:t>
      </w:r>
    </w:p>
    <w:p w:rsidR="00C37624" w:rsidRDefault="00A34D64">
      <w:pPr>
        <w:pStyle w:val="ListBullet"/>
        <w:spacing w:after="60"/>
        <w:ind w:left="0"/>
      </w:pPr>
      <w:r>
        <w:t>Are we responsible for our choices if someone deliberately manipulates our fears?</w:t>
      </w:r>
    </w:p>
    <w:p w:rsidR="00C37624" w:rsidRDefault="00A34D64">
      <w:pPr>
        <w:pStyle w:val="ListBullet"/>
        <w:spacing w:after="60"/>
        <w:ind w:left="0"/>
      </w:pPr>
      <w:r>
        <w:t>What is the difference between persuasion and manipulation?</w:t>
      </w:r>
    </w:p>
    <w:p w:rsidR="00C37624" w:rsidRDefault="00A34D64">
      <w:pPr>
        <w:pStyle w:val="ListBullet"/>
        <w:spacing w:after="60"/>
        <w:ind w:left="0"/>
      </w:pPr>
      <w:r>
        <w:t>Can freedom survive when peo</w:t>
      </w:r>
      <w:r>
        <w:t>ple do not realize they are being influenced?</w:t>
      </w:r>
    </w:p>
    <w:p w:rsidR="00C37624" w:rsidRDefault="00A34D64">
      <w:pPr>
        <w:spacing w:before="140" w:after="60"/>
      </w:pPr>
      <w:r>
        <w:rPr>
          <w:b/>
          <w:sz w:val="24"/>
        </w:rPr>
        <w:t>Key Teaching Points</w:t>
      </w:r>
    </w:p>
    <w:p w:rsidR="00C37624" w:rsidRDefault="00A34D64">
      <w:pPr>
        <w:spacing w:after="40"/>
      </w:pPr>
      <w:r>
        <w:rPr>
          <w:b/>
        </w:rPr>
        <w:t>Control Does Not Always Look Like Control</w:t>
      </w:r>
    </w:p>
    <w:p w:rsidR="00C37624" w:rsidRDefault="00A34D64">
      <w:pPr>
        <w:spacing w:after="80"/>
        <w:ind w:left="259"/>
      </w:pPr>
      <w:r>
        <w:t>Amhor understands that power does not require physically forcing everyone to obey. People can also be influenced through:</w:t>
      </w:r>
    </w:p>
    <w:p w:rsidR="00C37624" w:rsidRDefault="00A34D64">
      <w:pPr>
        <w:spacing w:after="40"/>
      </w:pPr>
      <w:r>
        <w:rPr>
          <w:b/>
        </w:rPr>
        <w:t xml:space="preserve">Persuasion Versus </w:t>
      </w:r>
      <w:r>
        <w:rPr>
          <w:b/>
        </w:rPr>
        <w:t>Manipulation</w:t>
      </w:r>
    </w:p>
    <w:p w:rsidR="00C37624" w:rsidRDefault="00A34D64">
      <w:pPr>
        <w:spacing w:after="80"/>
        <w:ind w:left="259"/>
      </w:pPr>
      <w:r>
        <w:t>Students encounter persuasion constantly. Parents persuade.</w:t>
      </w:r>
    </w:p>
    <w:p w:rsidR="00C37624" w:rsidRDefault="00A34D64">
      <w:pPr>
        <w:spacing w:before="140" w:after="60"/>
      </w:pPr>
      <w:r>
        <w:rPr>
          <w:b/>
          <w:sz w:val="24"/>
        </w:rPr>
        <w:t>Student Booklet Match — Recommended Selections</w:t>
      </w:r>
    </w:p>
    <w:p w:rsidR="00C37624" w:rsidRDefault="00A34D64">
      <w:pPr>
        <w:pStyle w:val="ListBullet"/>
        <w:spacing w:after="60"/>
        <w:ind w:left="0"/>
      </w:pPr>
      <w:r>
        <w:t>1. What has happened to the two Eerian soldiers captured near the frontier? What information is Amhor attempting to obtain from them, an</w:t>
      </w:r>
      <w:r>
        <w:t>d how does he react when they prove useless to him?</w:t>
      </w:r>
    </w:p>
    <w:p w:rsidR="00C37624" w:rsidRDefault="00A34D64">
      <w:pPr>
        <w:pStyle w:val="ListBullet"/>
        <w:spacing w:after="60"/>
        <w:ind w:left="0"/>
      </w:pPr>
      <w:r>
        <w:t>3. What does Amhor learn from his conversation with Eblis? Why does Amhor criticize the way Eblis uses fear?</w:t>
      </w:r>
    </w:p>
    <w:p w:rsidR="00C37624" w:rsidRDefault="00A34D64">
      <w:pPr>
        <w:pStyle w:val="ListBullet"/>
        <w:spacing w:after="60"/>
        <w:ind w:left="0"/>
      </w:pPr>
      <w:r>
        <w:t xml:space="preserve">5. Choose one detail from this chapter that changed—or complicated—your understanding of Amhor </w:t>
      </w:r>
      <w:r>
        <w:t>or Liza.</w:t>
      </w:r>
    </w:p>
    <w:p w:rsidR="00C37624" w:rsidRDefault="00A34D64">
      <w:pPr>
        <w:spacing w:before="140" w:after="60"/>
      </w:pPr>
      <w:r>
        <w:rPr>
          <w:b/>
          <w:sz w:val="24"/>
        </w:rPr>
        <w:t>Quick Assessment</w:t>
      </w:r>
    </w:p>
    <w:p w:rsidR="00C37624" w:rsidRDefault="00A34D64">
      <w:r>
        <w:t>Ask students to complete: Persuasion becomes manipulation when... Then have them give one reason for their definition.</w:t>
      </w:r>
    </w:p>
    <w:p w:rsidR="00C37624" w:rsidRDefault="00A34D64">
      <w:pPr>
        <w:spacing w:before="140" w:after="60"/>
      </w:pPr>
      <w:r>
        <w:rPr>
          <w:b/>
          <w:sz w:val="24"/>
        </w:rPr>
        <w:t>If You Teach Only One Idea</w:t>
      </w:r>
    </w:p>
    <w:p w:rsidR="00C37624" w:rsidRDefault="00A34D64">
      <w:r>
        <w:t>How do you know when a choice is truly your own? This connects beautifully with what</w:t>
      </w:r>
      <w:r>
        <w:t xml:space="preserve"> we've already developed.</w:t>
      </w:r>
    </w:p>
    <w:p w:rsidR="00C37624" w:rsidRDefault="00A34D64">
      <w:r>
        <w:br w:type="page"/>
      </w:r>
    </w:p>
    <w:p w:rsidR="00C37624" w:rsidRDefault="00A34D64">
      <w:pPr>
        <w:keepNext/>
        <w:pageBreakBefore/>
        <w:jc w:val="center"/>
      </w:pPr>
      <w:r>
        <w:rPr>
          <w:b/>
          <w:sz w:val="32"/>
        </w:rPr>
        <w:lastRenderedPageBreak/>
        <w:t>Teacher’s Guide — Chapter 10</w:t>
      </w:r>
    </w:p>
    <w:p w:rsidR="00C37624" w:rsidRDefault="00A34D64">
      <w:pPr>
        <w:keepNext/>
        <w:jc w:val="center"/>
      </w:pPr>
      <w:r>
        <w:rPr>
          <w:b/>
          <w:sz w:val="28"/>
        </w:rPr>
        <w:t>Innocence to Awareness</w:t>
      </w:r>
    </w:p>
    <w:p w:rsidR="00C37624" w:rsidRDefault="00A34D64">
      <w:pPr>
        <w:spacing w:before="140" w:after="60"/>
      </w:pPr>
      <w:r>
        <w:rPr>
          <w:b/>
          <w:sz w:val="24"/>
        </w:rPr>
        <w:t>Chapter Focus</w:t>
      </w:r>
    </w:p>
    <w:p w:rsidR="00C37624" w:rsidRDefault="00A34D64">
      <w:r>
        <w:t>Chapter 10 shows Zantar growing intellectually, physically, and emotionally. His education is no longer simply something imposed upon him; reading has awakened cu</w:t>
      </w:r>
      <w:r>
        <w:t>riosity, and his questions are multiplying faster than his answers.</w:t>
      </w:r>
    </w:p>
    <w:p w:rsidR="00C37624" w:rsidRDefault="00A34D64">
      <w:r>
        <w:rPr>
          <w:b/>
        </w:rPr>
        <w:t xml:space="preserve">Teaching progression: </w:t>
      </w:r>
      <w:r>
        <w:t>Learning → Curiosity → Observation → Identity → Respect for Choice</w:t>
      </w:r>
    </w:p>
    <w:p w:rsidR="00C37624" w:rsidRDefault="00A34D64">
      <w:pPr>
        <w:spacing w:before="140" w:after="60"/>
      </w:pPr>
      <w:r>
        <w:rPr>
          <w:b/>
          <w:sz w:val="24"/>
        </w:rPr>
        <w:t>Essential Questions</w:t>
      </w:r>
    </w:p>
    <w:p w:rsidR="00C37624" w:rsidRDefault="00A34D64">
      <w:pPr>
        <w:pStyle w:val="ListBullet"/>
        <w:spacing w:after="60"/>
        <w:ind w:left="0"/>
      </w:pPr>
      <w:r>
        <w:t>What is the difference between being educated and simply completing schoolwork?</w:t>
      </w:r>
    </w:p>
    <w:p w:rsidR="00C37624" w:rsidRDefault="00A34D64">
      <w:pPr>
        <w:pStyle w:val="ListBullet"/>
        <w:spacing w:after="60"/>
        <w:ind w:left="0"/>
      </w:pPr>
      <w:r>
        <w:t>How do other people help shape the person we become?</w:t>
      </w:r>
    </w:p>
    <w:p w:rsidR="00C37624" w:rsidRDefault="00A34D64">
      <w:pPr>
        <w:pStyle w:val="ListBullet"/>
        <w:spacing w:after="60"/>
        <w:ind w:left="0"/>
      </w:pPr>
      <w:r>
        <w:t>Do we have the right to decide what happiness should look like for someone else?</w:t>
      </w:r>
    </w:p>
    <w:p w:rsidR="00C37624" w:rsidRDefault="00A34D64">
      <w:pPr>
        <w:pStyle w:val="ListBullet"/>
        <w:spacing w:after="60"/>
        <w:ind w:left="0"/>
      </w:pPr>
      <w:r>
        <w:t>As we grow, should our understanding of ourselves be expected to change?</w:t>
      </w:r>
    </w:p>
    <w:p w:rsidR="00C37624" w:rsidRDefault="00A34D64">
      <w:pPr>
        <w:spacing w:before="140" w:after="60"/>
      </w:pPr>
      <w:r>
        <w:rPr>
          <w:b/>
          <w:sz w:val="24"/>
        </w:rPr>
        <w:t>Key Teaching Points</w:t>
      </w:r>
    </w:p>
    <w:p w:rsidR="00C37624" w:rsidRDefault="00A34D64">
      <w:pPr>
        <w:spacing w:after="40"/>
      </w:pPr>
      <w:r>
        <w:rPr>
          <w:b/>
        </w:rPr>
        <w:t xml:space="preserve">Education Becomes Something </w:t>
      </w:r>
      <w:r>
        <w:rPr>
          <w:b/>
        </w:rPr>
        <w:t>Zantar Wants</w:t>
      </w:r>
    </w:p>
    <w:p w:rsidR="00C37624" w:rsidRDefault="00A34D64">
      <w:pPr>
        <w:spacing w:after="80"/>
        <w:ind w:left="259"/>
      </w:pPr>
      <w:r>
        <w:t>At first, Zantar grumbles about his lessons. Gradually, however, books open worlds to him and he begins looking forward to learning.</w:t>
      </w:r>
    </w:p>
    <w:p w:rsidR="00C37624" w:rsidRDefault="00A34D64">
      <w:pPr>
        <w:spacing w:after="40"/>
      </w:pPr>
      <w:r>
        <w:rPr>
          <w:b/>
        </w:rPr>
        <w:t>What Kind of Student Do You Wish to Become?</w:t>
      </w:r>
    </w:p>
    <w:p w:rsidR="00C37624" w:rsidRDefault="00A34D64">
      <w:pPr>
        <w:spacing w:after="80"/>
        <w:ind w:left="259"/>
      </w:pPr>
      <w:r>
        <w:t xml:space="preserve">This chapter gives us an opportunity to turn the question toward </w:t>
      </w:r>
      <w:r>
        <w:t>the student without demanding a particular academic goal. What kind of student do you wish to become?</w:t>
      </w:r>
    </w:p>
    <w:p w:rsidR="00C37624" w:rsidRDefault="00A34D64">
      <w:pPr>
        <w:spacing w:after="40"/>
      </w:pPr>
      <w:r>
        <w:rPr>
          <w:b/>
        </w:rPr>
        <w:t>Different People Can Want Different Lives</w:t>
      </w:r>
    </w:p>
    <w:p w:rsidR="00C37624" w:rsidRDefault="00A34D64">
      <w:pPr>
        <w:spacing w:after="80"/>
        <w:ind w:left="259"/>
      </w:pPr>
      <w:r>
        <w:t>Zantar cannot understand why Zoona does not pursue the kind of relationship he imagines for her. Zoona reminds h</w:t>
      </w:r>
      <w:r>
        <w:t>im that love and happiness are not identical for everyone and that people must have freedom to choose for themselves.</w:t>
      </w:r>
    </w:p>
    <w:p w:rsidR="00C37624" w:rsidRDefault="00A34D64">
      <w:pPr>
        <w:spacing w:before="140" w:after="60"/>
      </w:pPr>
      <w:r>
        <w:rPr>
          <w:b/>
          <w:sz w:val="24"/>
        </w:rPr>
        <w:t>Student Booklet Match — Recommended Selections</w:t>
      </w:r>
    </w:p>
    <w:p w:rsidR="00C37624" w:rsidRDefault="00A34D64">
      <w:pPr>
        <w:pStyle w:val="ListBullet"/>
        <w:spacing w:after="60"/>
        <w:ind w:left="0"/>
      </w:pPr>
      <w:r>
        <w:t>1. How has Zantar's life changed since leaving the academy? What roles have Zoona and Telli</w:t>
      </w:r>
      <w:r>
        <w:t>n played in continuing his education? Identify examples of both academic learning and practical learning.</w:t>
      </w:r>
    </w:p>
    <w:p w:rsidR="00C37624" w:rsidRDefault="00A34D64">
      <w:pPr>
        <w:pStyle w:val="ListBullet"/>
        <w:spacing w:after="60"/>
        <w:ind w:left="0"/>
      </w:pPr>
      <w:r>
        <w:t>3. What information does Zantar discover in the Wizard's Journal about the mysterious device and the Key to the Universe? What questions remain unansw</w:t>
      </w:r>
      <w:r>
        <w:t>ered?</w:t>
      </w:r>
    </w:p>
    <w:p w:rsidR="00C37624" w:rsidRDefault="00A34D64">
      <w:pPr>
        <w:pStyle w:val="ListBullet"/>
        <w:spacing w:after="60"/>
        <w:ind w:left="0"/>
      </w:pPr>
      <w:r>
        <w:t>5. Who comes to Zantar's aid during the battle with the snow cats? What do we learn about her by the end of the chapter?</w:t>
      </w:r>
    </w:p>
    <w:p w:rsidR="00C37624" w:rsidRDefault="00A34D64">
      <w:pPr>
        <w:spacing w:before="140" w:after="60"/>
      </w:pPr>
      <w:r>
        <w:rPr>
          <w:b/>
          <w:sz w:val="24"/>
        </w:rPr>
        <w:t>Quick Assessment</w:t>
      </w:r>
    </w:p>
    <w:p w:rsidR="00C37624" w:rsidRDefault="00A34D64">
      <w:r>
        <w:t>Ask students: Name one quality you would like to develop—not a mark you want to receive, but something about the</w:t>
      </w:r>
      <w:r>
        <w:t xml:space="preserve"> person or student you would like to become. Why?</w:t>
      </w:r>
    </w:p>
    <w:p w:rsidR="00C37624" w:rsidRDefault="00A34D64">
      <w:pPr>
        <w:spacing w:before="140" w:after="60"/>
      </w:pPr>
      <w:r>
        <w:rPr>
          <w:b/>
          <w:sz w:val="24"/>
        </w:rPr>
        <w:t>If You Teach Only One Idea</w:t>
      </w:r>
    </w:p>
    <w:p w:rsidR="00C37624" w:rsidRDefault="00A34D64">
      <w:r>
        <w:t>What kind of person are you becoming?</w:t>
      </w:r>
    </w:p>
    <w:p w:rsidR="00C37624" w:rsidRDefault="00A34D64">
      <w:r>
        <w:br w:type="page"/>
      </w:r>
    </w:p>
    <w:p w:rsidR="00C37624" w:rsidRDefault="00A34D64">
      <w:pPr>
        <w:keepNext/>
        <w:pageBreakBefore/>
        <w:jc w:val="center"/>
      </w:pPr>
      <w:r>
        <w:rPr>
          <w:b/>
          <w:sz w:val="32"/>
        </w:rPr>
        <w:lastRenderedPageBreak/>
        <w:t>Teacher’s Guide — Chapter 11</w:t>
      </w:r>
    </w:p>
    <w:p w:rsidR="00C37624" w:rsidRDefault="00A34D64">
      <w:pPr>
        <w:keepNext/>
        <w:jc w:val="center"/>
      </w:pPr>
      <w:r>
        <w:rPr>
          <w:b/>
          <w:sz w:val="28"/>
        </w:rPr>
        <w:t>The Battle Ahead</w:t>
      </w:r>
    </w:p>
    <w:p w:rsidR="00C37624" w:rsidRDefault="00A34D64">
      <w:pPr>
        <w:spacing w:before="140" w:after="60"/>
      </w:pPr>
      <w:r>
        <w:rPr>
          <w:b/>
          <w:sz w:val="24"/>
        </w:rPr>
        <w:t>Chapter Focus</w:t>
      </w:r>
    </w:p>
    <w:p w:rsidR="00C37624" w:rsidRDefault="00A34D64">
      <w:r>
        <w:t xml:space="preserve">Chapter 11 brings several earlier themes together in a much darker form. Amhor </w:t>
      </w:r>
      <w:r>
        <w:t>does not simply attack the Kmoes—he manufactures a false reality.</w:t>
      </w:r>
    </w:p>
    <w:p w:rsidR="00C37624" w:rsidRDefault="00A34D64">
      <w:r>
        <w:rPr>
          <w:b/>
        </w:rPr>
        <w:t xml:space="preserve">Teaching progression: </w:t>
      </w:r>
      <w:r>
        <w:t>Fear → Manipulation → False Belief → Action → Consequence</w:t>
      </w:r>
    </w:p>
    <w:p w:rsidR="00C37624" w:rsidRDefault="00A34D64">
      <w:pPr>
        <w:spacing w:before="140" w:after="60"/>
      </w:pPr>
      <w:r>
        <w:rPr>
          <w:b/>
          <w:sz w:val="24"/>
        </w:rPr>
        <w:t>Essential Questions</w:t>
      </w:r>
    </w:p>
    <w:p w:rsidR="00C37624" w:rsidRDefault="00A34D64">
      <w:pPr>
        <w:pStyle w:val="ListBullet"/>
        <w:spacing w:after="60"/>
        <w:ind w:left="0"/>
      </w:pPr>
      <w:r>
        <w:t>If you sincerely believe something that is false, can that belief still control your actio</w:t>
      </w:r>
      <w:r>
        <w:t>ns?</w:t>
      </w:r>
    </w:p>
    <w:p w:rsidR="00C37624" w:rsidRDefault="00A34D64">
      <w:pPr>
        <w:pStyle w:val="ListBullet"/>
        <w:spacing w:after="60"/>
        <w:ind w:left="0"/>
      </w:pPr>
      <w:r>
        <w:t>Who is responsible when someone deliberately creates a lie that causes others to act?</w:t>
      </w:r>
    </w:p>
    <w:p w:rsidR="00C37624" w:rsidRDefault="00A34D64">
      <w:pPr>
        <w:pStyle w:val="ListBullet"/>
        <w:spacing w:after="60"/>
        <w:ind w:left="0"/>
      </w:pPr>
      <w:r>
        <w:t>Why is fear such an effective tool for manipulating people?</w:t>
      </w:r>
    </w:p>
    <w:p w:rsidR="00C37624" w:rsidRDefault="00A34D64">
      <w:pPr>
        <w:pStyle w:val="ListBullet"/>
        <w:spacing w:after="60"/>
        <w:ind w:left="0"/>
      </w:pPr>
      <w:r>
        <w:t>How should we respond when evidence appears to confirm something we already believe?</w:t>
      </w:r>
    </w:p>
    <w:p w:rsidR="00C37624" w:rsidRDefault="00A34D64">
      <w:pPr>
        <w:spacing w:before="140" w:after="60"/>
      </w:pPr>
      <w:r>
        <w:rPr>
          <w:b/>
          <w:sz w:val="24"/>
        </w:rPr>
        <w:t>Key Teaching Points</w:t>
      </w:r>
    </w:p>
    <w:p w:rsidR="00C37624" w:rsidRDefault="00A34D64">
      <w:pPr>
        <w:spacing w:after="40"/>
      </w:pPr>
      <w:r>
        <w:rPr>
          <w:b/>
        </w:rPr>
        <w:t>A</w:t>
      </w:r>
      <w:r>
        <w:rPr>
          <w:b/>
        </w:rPr>
        <w:t xml:space="preserve"> Lie Becomes More Powerful When It Contains “Evidence”</w:t>
      </w:r>
    </w:p>
    <w:p w:rsidR="00C37624" w:rsidRDefault="00A34D64">
      <w:pPr>
        <w:spacing w:after="80"/>
        <w:ind w:left="259"/>
      </w:pPr>
      <w:r>
        <w:t>Amhor understands that merely telling the Kmoes that Eerians are dangerous may not be enough. So he creates evidence.</w:t>
      </w:r>
    </w:p>
    <w:p w:rsidR="00C37624" w:rsidRDefault="00A34D64">
      <w:pPr>
        <w:spacing w:after="40"/>
      </w:pPr>
      <w:r>
        <w:rPr>
          <w:b/>
        </w:rPr>
        <w:t>Fear Changes the Way We Think</w:t>
      </w:r>
    </w:p>
    <w:p w:rsidR="00C37624" w:rsidRDefault="00A34D64">
      <w:pPr>
        <w:spacing w:after="80"/>
        <w:ind w:left="259"/>
      </w:pPr>
      <w:r>
        <w:t>Amhor first fills the shaman's dreams with terrifying</w:t>
      </w:r>
      <w:r>
        <w:t xml:space="preserve"> images. He understands that once fear is established, people become more receptive to what appears to confirm that fear.</w:t>
      </w:r>
    </w:p>
    <w:p w:rsidR="00C37624" w:rsidRDefault="00A34D64">
      <w:pPr>
        <w:spacing w:before="140" w:after="60"/>
      </w:pPr>
      <w:r>
        <w:rPr>
          <w:b/>
          <w:sz w:val="24"/>
        </w:rPr>
        <w:t>Student Booklet Match — Recommended Selections</w:t>
      </w:r>
    </w:p>
    <w:p w:rsidR="00C37624" w:rsidRDefault="00A34D64">
      <w:pPr>
        <w:pStyle w:val="ListBullet"/>
        <w:spacing w:after="60"/>
        <w:ind w:left="0"/>
      </w:pPr>
      <w:r>
        <w:t>1. What has Amhor been placing into the Kmo shaman's dreams? Why are the visions effect</w:t>
      </w:r>
      <w:r>
        <w:t>ive even though they are false?</w:t>
      </w:r>
    </w:p>
    <w:p w:rsidR="00C37624" w:rsidRDefault="00A34D64">
      <w:pPr>
        <w:pStyle w:val="ListBullet"/>
        <w:spacing w:after="60"/>
        <w:ind w:left="0"/>
      </w:pPr>
      <w:r>
        <w:t>3. How does Tellin discover that Amhor is involved with the Kmo? What happens immediately afterward?</w:t>
      </w:r>
    </w:p>
    <w:p w:rsidR="00C37624" w:rsidRDefault="00A34D64">
      <w:pPr>
        <w:pStyle w:val="ListBullet"/>
        <w:spacing w:after="60"/>
        <w:ind w:left="0"/>
      </w:pPr>
      <w:r>
        <w:t>5. How do Tellin and Tunis escape across the Western River? What does Tellin do to prevent the Kmo from pursuing them effec</w:t>
      </w:r>
      <w:r>
        <w:t>tively?</w:t>
      </w:r>
    </w:p>
    <w:p w:rsidR="00C37624" w:rsidRDefault="00A34D64">
      <w:pPr>
        <w:spacing w:before="140" w:after="60"/>
      </w:pPr>
      <w:r>
        <w:rPr>
          <w:b/>
          <w:sz w:val="24"/>
        </w:rPr>
        <w:t>Quick Assessment</w:t>
      </w:r>
    </w:p>
    <w:p w:rsidR="00C37624" w:rsidRDefault="00A34D64">
      <w:r>
        <w:t>Ask students to complete: Before I accept information that makes me immediately angry or afraid, I should... One thoughtful sentence may be enough.</w:t>
      </w:r>
    </w:p>
    <w:p w:rsidR="00C37624" w:rsidRDefault="00A34D64">
      <w:pPr>
        <w:spacing w:before="140" w:after="60"/>
      </w:pPr>
      <w:r>
        <w:rPr>
          <w:b/>
          <w:sz w:val="24"/>
        </w:rPr>
        <w:t>If You Teach Only One Idea</w:t>
      </w:r>
    </w:p>
    <w:p w:rsidR="00C37624" w:rsidRDefault="00A34D64">
      <w:r>
        <w:t>How do you know that what you believe is true? That ques</w:t>
      </w:r>
      <w:r>
        <w:t>tion matters far beyond Eera.</w:t>
      </w:r>
    </w:p>
    <w:p w:rsidR="00C37624" w:rsidRDefault="00A34D64">
      <w:r>
        <w:br w:type="page"/>
      </w:r>
    </w:p>
    <w:p w:rsidR="00C37624" w:rsidRDefault="00A34D64">
      <w:pPr>
        <w:keepNext/>
        <w:pageBreakBefore/>
        <w:jc w:val="center"/>
      </w:pPr>
      <w:r>
        <w:rPr>
          <w:b/>
          <w:sz w:val="32"/>
        </w:rPr>
        <w:lastRenderedPageBreak/>
        <w:t>Teacher’s Guide — Chapter 12</w:t>
      </w:r>
    </w:p>
    <w:p w:rsidR="00C37624" w:rsidRDefault="00A34D64">
      <w:pPr>
        <w:keepNext/>
        <w:jc w:val="center"/>
      </w:pPr>
      <w:r>
        <w:rPr>
          <w:b/>
          <w:sz w:val="28"/>
        </w:rPr>
        <w:t>Choices</w:t>
      </w:r>
    </w:p>
    <w:p w:rsidR="00C37624" w:rsidRDefault="00A34D64">
      <w:pPr>
        <w:spacing w:before="140" w:after="60"/>
      </w:pPr>
      <w:r>
        <w:rPr>
          <w:b/>
          <w:sz w:val="24"/>
        </w:rPr>
        <w:t>Chapter Focus</w:t>
      </w:r>
    </w:p>
    <w:p w:rsidR="00C37624" w:rsidRDefault="00A34D64">
      <w:r>
        <w:t>Chapter 12 begins with apparent safety and happiness. Zantar is in love, Lyra has become part of the household, and ordinary life seems almost possible.</w:t>
      </w:r>
    </w:p>
    <w:p w:rsidR="00C37624" w:rsidRDefault="00A34D64">
      <w:r>
        <w:rPr>
          <w:b/>
        </w:rPr>
        <w:t>Teaching progression</w:t>
      </w:r>
      <w:r>
        <w:rPr>
          <w:b/>
        </w:rPr>
        <w:t xml:space="preserve">: </w:t>
      </w:r>
      <w:r>
        <w:t>Happiness → Choice → Responsibility → Loss → Commitment</w:t>
      </w:r>
    </w:p>
    <w:p w:rsidR="00C37624" w:rsidRDefault="00A34D64">
      <w:pPr>
        <w:spacing w:before="140" w:after="60"/>
      </w:pPr>
      <w:r>
        <w:rPr>
          <w:b/>
          <w:sz w:val="24"/>
        </w:rPr>
        <w:t>Essential Questions</w:t>
      </w:r>
    </w:p>
    <w:p w:rsidR="00C37624" w:rsidRDefault="00A34D64">
      <w:pPr>
        <w:pStyle w:val="ListBullet"/>
        <w:spacing w:after="60"/>
        <w:ind w:left="0"/>
      </w:pPr>
      <w:r>
        <w:t>Do we always get to choose the responsibilities life gives us?</w:t>
      </w:r>
    </w:p>
    <w:p w:rsidR="00C37624" w:rsidRDefault="00A34D64">
      <w:pPr>
        <w:pStyle w:val="ListBullet"/>
        <w:spacing w:after="60"/>
        <w:ind w:left="0"/>
      </w:pPr>
      <w:r>
        <w:t>If you possess an ability that could help others, are you obligated to use it?</w:t>
      </w:r>
    </w:p>
    <w:p w:rsidR="00C37624" w:rsidRDefault="00A34D64">
      <w:pPr>
        <w:pStyle w:val="ListBullet"/>
        <w:spacing w:after="60"/>
        <w:ind w:left="0"/>
      </w:pPr>
      <w:r>
        <w:t>Can we still choose how we treat one</w:t>
      </w:r>
      <w:r>
        <w:t xml:space="preserve"> another even when we cannot control what happens to us?</w:t>
      </w:r>
    </w:p>
    <w:p w:rsidR="00C37624" w:rsidRDefault="00A34D64">
      <w:pPr>
        <w:pStyle w:val="ListBullet"/>
        <w:spacing w:after="60"/>
        <w:ind w:left="0"/>
      </w:pPr>
      <w:r>
        <w:t>Does suffering weaken faith—or can faith exist alongside doubt?</w:t>
      </w:r>
    </w:p>
    <w:p w:rsidR="00C37624" w:rsidRDefault="00A34D64">
      <w:pPr>
        <w:spacing w:before="140" w:after="60"/>
      </w:pPr>
      <w:r>
        <w:rPr>
          <w:b/>
          <w:sz w:val="24"/>
        </w:rPr>
        <w:t>Key Teaching Points</w:t>
      </w:r>
    </w:p>
    <w:p w:rsidR="00C37624" w:rsidRDefault="00A34D64">
      <w:pPr>
        <w:spacing w:after="40"/>
      </w:pPr>
      <w:r>
        <w:rPr>
          <w:b/>
        </w:rPr>
        <w:t>Wanting an Ordinary Life Is Not Cowardice</w:t>
      </w:r>
    </w:p>
    <w:p w:rsidR="00C37624" w:rsidRDefault="00A34D64">
      <w:pPr>
        <w:spacing w:after="80"/>
        <w:ind w:left="259"/>
      </w:pPr>
      <w:r>
        <w:t xml:space="preserve">Zantar admits that he has never wanted to become a great hero. He wants </w:t>
      </w:r>
      <w:r>
        <w:t>to:</w:t>
      </w:r>
    </w:p>
    <w:p w:rsidR="00C37624" w:rsidRDefault="00A34D64">
      <w:pPr>
        <w:spacing w:after="40"/>
      </w:pPr>
      <w:r>
        <w:rPr>
          <w:b/>
        </w:rPr>
        <w:t>Ability and Responsibility</w:t>
      </w:r>
    </w:p>
    <w:p w:rsidR="00C37624" w:rsidRDefault="00A34D64">
      <w:pPr>
        <w:spacing w:after="80"/>
        <w:ind w:left="259"/>
      </w:pPr>
      <w:r>
        <w:t>Lyra asks whether Zantar may have been born for something greater and whether protecting others could be part of that responsibility. Zantar responds by insisting that every life matters equally.</w:t>
      </w:r>
    </w:p>
    <w:p w:rsidR="00C37624" w:rsidRDefault="00A34D64">
      <w:pPr>
        <w:spacing w:before="140" w:after="60"/>
      </w:pPr>
      <w:r>
        <w:rPr>
          <w:b/>
          <w:sz w:val="24"/>
        </w:rPr>
        <w:t>Student Booklet Match — Recom</w:t>
      </w:r>
      <w:r>
        <w:rPr>
          <w:b/>
          <w:sz w:val="24"/>
        </w:rPr>
        <w:t>mended Selections</w:t>
      </w:r>
    </w:p>
    <w:p w:rsidR="00C37624" w:rsidRDefault="00A34D64">
      <w:pPr>
        <w:pStyle w:val="ListBullet"/>
        <w:spacing w:after="60"/>
        <w:ind w:left="0"/>
      </w:pPr>
      <w:r>
        <w:t>1. Why is Eblis unable to enter Nalandar's tower? What does he fear will happen if he fails to destroy Zantar?</w:t>
      </w:r>
    </w:p>
    <w:p w:rsidR="00C37624" w:rsidRDefault="00A34D64">
      <w:pPr>
        <w:pStyle w:val="ListBullet"/>
        <w:spacing w:after="60"/>
        <w:ind w:left="0"/>
      </w:pPr>
      <w:r>
        <w:t>3. How has Lyra's presence changed Zantar's behavior at Nalandar's tower? What does Zoona notice about her son?</w:t>
      </w:r>
    </w:p>
    <w:p w:rsidR="00C37624" w:rsidRDefault="00A34D64">
      <w:pPr>
        <w:pStyle w:val="ListBullet"/>
        <w:spacing w:after="60"/>
        <w:ind w:left="0"/>
      </w:pPr>
      <w:r>
        <w:t>5. What happens</w:t>
      </w:r>
      <w:r>
        <w:t xml:space="preserve"> to Keet? How do Zantar and Lyra discover that the attacking hawk is actually something else?</w:t>
      </w:r>
    </w:p>
    <w:p w:rsidR="00C37624" w:rsidRDefault="00A34D64">
      <w:pPr>
        <w:spacing w:before="140" w:after="60"/>
      </w:pPr>
      <w:r>
        <w:rPr>
          <w:b/>
          <w:sz w:val="24"/>
        </w:rPr>
        <w:t>Quick Assessment</w:t>
      </w:r>
    </w:p>
    <w:p w:rsidR="00C37624" w:rsidRDefault="00A34D64">
      <w:r>
        <w:t>Ask students to complete: One thing people can still choose even when they cannot control the situation is... Then ask for one example from Chapt</w:t>
      </w:r>
      <w:r>
        <w:t>er 12.</w:t>
      </w:r>
    </w:p>
    <w:p w:rsidR="00C37624" w:rsidRDefault="00A34D64">
      <w:pPr>
        <w:spacing w:before="140" w:after="60"/>
      </w:pPr>
      <w:r>
        <w:rPr>
          <w:b/>
          <w:sz w:val="24"/>
        </w:rPr>
        <w:t>If You Teach Only One Idea</w:t>
      </w:r>
    </w:p>
    <w:p w:rsidR="00C37624" w:rsidRDefault="00A34D64">
      <w:r>
        <w:t>We cannot always choose what happens to us—but can we still choose who we become through our response? This chapter gives students almost every side of that question.</w:t>
      </w:r>
    </w:p>
    <w:p w:rsidR="00C37624" w:rsidRDefault="00A34D64">
      <w:r>
        <w:br w:type="page"/>
      </w:r>
    </w:p>
    <w:p w:rsidR="00C37624" w:rsidRDefault="00A34D64">
      <w:pPr>
        <w:keepNext/>
        <w:pageBreakBefore/>
        <w:jc w:val="center"/>
      </w:pPr>
      <w:r>
        <w:rPr>
          <w:b/>
          <w:sz w:val="32"/>
        </w:rPr>
        <w:lastRenderedPageBreak/>
        <w:t>Teacher’s Guide — Chapter 13</w:t>
      </w:r>
    </w:p>
    <w:p w:rsidR="00C37624" w:rsidRDefault="00A34D64">
      <w:pPr>
        <w:keepNext/>
        <w:jc w:val="center"/>
      </w:pPr>
      <w:r>
        <w:rPr>
          <w:b/>
          <w:sz w:val="28"/>
        </w:rPr>
        <w:t>Domination vs Hesitation</w:t>
      </w:r>
    </w:p>
    <w:p w:rsidR="00C37624" w:rsidRDefault="00A34D64">
      <w:pPr>
        <w:spacing w:before="140" w:after="60"/>
      </w:pPr>
      <w:r>
        <w:rPr>
          <w:b/>
          <w:sz w:val="24"/>
        </w:rPr>
        <w:t>Chapter Focus</w:t>
      </w:r>
    </w:p>
    <w:p w:rsidR="00C37624" w:rsidRDefault="00A34D64">
      <w:r>
        <w:t>Chapter 13 places Amhor and Liza beside each other morally as well as militarily. Amhor treats the Kmoes as expendable tools and is already prepared to destroy them when they cease being useful.</w:t>
      </w:r>
    </w:p>
    <w:p w:rsidR="00C37624" w:rsidRDefault="00A34D64">
      <w:r>
        <w:rPr>
          <w:b/>
        </w:rPr>
        <w:t xml:space="preserve">Teaching progression: </w:t>
      </w:r>
      <w:r>
        <w:t>Obedience → Discomfort →</w:t>
      </w:r>
      <w:r>
        <w:t xml:space="preserve"> Hesitation → Conscience → Responsibility</w:t>
      </w:r>
    </w:p>
    <w:p w:rsidR="00C37624" w:rsidRDefault="00A34D64">
      <w:pPr>
        <w:spacing w:before="140" w:after="60"/>
      </w:pPr>
      <w:r>
        <w:rPr>
          <w:b/>
          <w:sz w:val="24"/>
        </w:rPr>
        <w:t>Essential Questions</w:t>
      </w:r>
    </w:p>
    <w:p w:rsidR="00C37624" w:rsidRDefault="00A34D64">
      <w:pPr>
        <w:pStyle w:val="ListBullet"/>
        <w:spacing w:after="60"/>
        <w:ind w:left="0"/>
      </w:pPr>
      <w:r>
        <w:t>If your conscience makes you hesitate, is that weakness—or evidence of moral strength?</w:t>
      </w:r>
    </w:p>
    <w:p w:rsidR="00C37624" w:rsidRDefault="00A34D64">
      <w:pPr>
        <w:pStyle w:val="ListBullet"/>
        <w:spacing w:after="60"/>
        <w:ind w:left="0"/>
      </w:pPr>
      <w:r>
        <w:t>At what point does following orders become a personal choice?</w:t>
      </w:r>
    </w:p>
    <w:p w:rsidR="00C37624" w:rsidRDefault="00A34D64">
      <w:pPr>
        <w:pStyle w:val="ListBullet"/>
        <w:spacing w:after="60"/>
        <w:ind w:left="0"/>
      </w:pPr>
      <w:r>
        <w:t>Does thinking about doing something wrong mak</w:t>
      </w:r>
      <w:r>
        <w:t>e someone a bad person—or does the moral judgment depend more upon what they ultimately choose to do?</w:t>
      </w:r>
    </w:p>
    <w:p w:rsidR="00C37624" w:rsidRDefault="00A34D64">
      <w:pPr>
        <w:pStyle w:val="ListBullet"/>
        <w:spacing w:after="60"/>
        <w:ind w:left="0"/>
      </w:pPr>
      <w:r>
        <w:t>Can someone participate in wrongdoing while still believing they are basically a good person?</w:t>
      </w:r>
    </w:p>
    <w:p w:rsidR="00C37624" w:rsidRDefault="00A34D64">
      <w:pPr>
        <w:spacing w:before="140" w:after="60"/>
      </w:pPr>
      <w:r>
        <w:rPr>
          <w:b/>
          <w:sz w:val="24"/>
        </w:rPr>
        <w:t>Key Teaching Points</w:t>
      </w:r>
    </w:p>
    <w:p w:rsidR="00C37624" w:rsidRDefault="00A34D64">
      <w:pPr>
        <w:spacing w:after="40"/>
      </w:pPr>
      <w:r>
        <w:rPr>
          <w:b/>
        </w:rPr>
        <w:t xml:space="preserve">Liza Is Beginning to See the Difference </w:t>
      </w:r>
      <w:r>
        <w:rPr>
          <w:b/>
        </w:rPr>
        <w:t>Between War and Cruelty</w:t>
      </w:r>
    </w:p>
    <w:p w:rsidR="00C37624" w:rsidRDefault="00A34D64">
      <w:pPr>
        <w:spacing w:after="80"/>
        <w:ind w:left="259"/>
      </w:pPr>
      <w:r>
        <w:t>Liza has killed many people in battle and continues fighting effectively. Yet when he watches the Kmoes deliberately prolong an Eerian woman's suffering, his reaction changes.</w:t>
      </w:r>
    </w:p>
    <w:p w:rsidR="00C37624" w:rsidRDefault="00A34D64">
      <w:pPr>
        <w:spacing w:after="40"/>
      </w:pPr>
      <w:r>
        <w:rPr>
          <w:b/>
        </w:rPr>
        <w:t>Hesitation May Be Important</w:t>
      </w:r>
    </w:p>
    <w:p w:rsidR="00C37624" w:rsidRDefault="00A34D64">
      <w:pPr>
        <w:spacing w:after="80"/>
        <w:ind w:left="259"/>
      </w:pPr>
      <w:r>
        <w:t>When Amhor justifies the Kmo</w:t>
      </w:r>
      <w:r>
        <w:t xml:space="preserve"> ritual as devotion to their Spirits, Liza continues questioning why suffering must be prolonged. Earlier Liza obeyed almost automatically.</w:t>
      </w:r>
    </w:p>
    <w:p w:rsidR="00C37624" w:rsidRDefault="00A34D64">
      <w:pPr>
        <w:spacing w:before="140" w:after="60"/>
      </w:pPr>
      <w:r>
        <w:rPr>
          <w:b/>
          <w:sz w:val="24"/>
        </w:rPr>
        <w:t>Student Booklet Match — Recommended Selections</w:t>
      </w:r>
    </w:p>
    <w:p w:rsidR="00C37624" w:rsidRDefault="00A34D64">
      <w:pPr>
        <w:pStyle w:val="ListBullet"/>
        <w:spacing w:after="60"/>
        <w:ind w:left="0"/>
      </w:pPr>
      <w:r>
        <w:t xml:space="preserve">1. Why does Amhor deliberately send the Kmoes into the first assault </w:t>
      </w:r>
      <w:r>
        <w:t>while preserving his Ikt soldiers? What does this reveal about how he views the Kmoes?</w:t>
      </w:r>
    </w:p>
    <w:p w:rsidR="00C37624" w:rsidRDefault="00A34D64">
      <w:pPr>
        <w:pStyle w:val="ListBullet"/>
        <w:spacing w:after="60"/>
        <w:ind w:left="0"/>
      </w:pPr>
      <w:r>
        <w:t>3. What happens to the Eerian woman captured by the Kmoes? Why does her treatment disturb Liza even though he has killed many people himself?</w:t>
      </w:r>
    </w:p>
    <w:p w:rsidR="00C37624" w:rsidRDefault="00A34D64">
      <w:pPr>
        <w:pStyle w:val="ListBullet"/>
        <w:spacing w:after="60"/>
        <w:ind w:left="0"/>
      </w:pPr>
      <w:r>
        <w:t>5. Why does Elizier flee ev</w:t>
      </w:r>
      <w:r>
        <w:t>en though escape is unlikely? What does Zurielle eventually understand about his decision?</w:t>
      </w:r>
    </w:p>
    <w:p w:rsidR="00C37624" w:rsidRDefault="00A34D64">
      <w:pPr>
        <w:spacing w:before="140" w:after="60"/>
      </w:pPr>
      <w:r>
        <w:rPr>
          <w:b/>
          <w:sz w:val="24"/>
        </w:rPr>
        <w:t>Quick Assessment</w:t>
      </w:r>
    </w:p>
    <w:p w:rsidR="00C37624" w:rsidRDefault="00A34D64">
      <w:r>
        <w:t>Ask students to respond in a few sentences: Hesitation can be a sign of strength when... They may use Liza or another reasonable example.</w:t>
      </w:r>
    </w:p>
    <w:p w:rsidR="00C37624" w:rsidRDefault="00A34D64">
      <w:pPr>
        <w:spacing w:before="140" w:after="60"/>
      </w:pPr>
      <w:r>
        <w:rPr>
          <w:b/>
          <w:sz w:val="24"/>
        </w:rPr>
        <w:t>If You Tea</w:t>
      </w:r>
      <w:r>
        <w:rPr>
          <w:b/>
          <w:sz w:val="24"/>
        </w:rPr>
        <w:t>ch Only One Idea</w:t>
      </w:r>
    </w:p>
    <w:p w:rsidR="00C37624" w:rsidRDefault="00A34D64">
      <w:r>
        <w:t>When your conscience tells you to stop, what are you going to do next? Having a conscience does not automatically make someone moral.</w:t>
      </w:r>
    </w:p>
    <w:p w:rsidR="00C37624" w:rsidRDefault="00A34D64">
      <w:r>
        <w:br w:type="page"/>
      </w:r>
    </w:p>
    <w:p w:rsidR="00C37624" w:rsidRDefault="00A34D64">
      <w:pPr>
        <w:keepNext/>
        <w:pageBreakBefore/>
        <w:jc w:val="center"/>
      </w:pPr>
      <w:r>
        <w:rPr>
          <w:b/>
          <w:sz w:val="32"/>
        </w:rPr>
        <w:lastRenderedPageBreak/>
        <w:t>Teacher’s Guide — Chapter 14</w:t>
      </w:r>
    </w:p>
    <w:p w:rsidR="00C37624" w:rsidRDefault="00A34D64">
      <w:pPr>
        <w:keepNext/>
        <w:jc w:val="center"/>
      </w:pPr>
      <w:r>
        <w:rPr>
          <w:b/>
          <w:sz w:val="28"/>
        </w:rPr>
        <w:t>Strategic Preparation</w:t>
      </w:r>
    </w:p>
    <w:p w:rsidR="00C37624" w:rsidRDefault="00A34D64">
      <w:pPr>
        <w:spacing w:before="140" w:after="60"/>
      </w:pPr>
      <w:r>
        <w:rPr>
          <w:b/>
          <w:sz w:val="24"/>
        </w:rPr>
        <w:t>Chapter Focus</w:t>
      </w:r>
    </w:p>
    <w:p w:rsidR="00C37624" w:rsidRDefault="00A34D64">
      <w:r>
        <w:t>Chapter 14 shifts from discovering the</w:t>
      </w:r>
      <w:r>
        <w:t xml:space="preserve"> danger to accepting responsibility for responding to it. Tellin reaches Anima exhausted, uncertain how much time remains, and immediately begins preparing the city.</w:t>
      </w:r>
    </w:p>
    <w:p w:rsidR="00C37624" w:rsidRDefault="00A34D64">
      <w:r>
        <w:rPr>
          <w:b/>
        </w:rPr>
        <w:t xml:space="preserve">Teaching progression: </w:t>
      </w:r>
      <w:r>
        <w:t>Uncertainty → Judgment → Preparation → Responsibility → Leadership</w:t>
      </w:r>
    </w:p>
    <w:p w:rsidR="00C37624" w:rsidRDefault="00A34D64">
      <w:pPr>
        <w:spacing w:before="140" w:after="60"/>
      </w:pPr>
      <w:r>
        <w:rPr>
          <w:b/>
          <w:sz w:val="24"/>
        </w:rPr>
        <w:t>E</w:t>
      </w:r>
      <w:r>
        <w:rPr>
          <w:b/>
          <w:sz w:val="24"/>
        </w:rPr>
        <w:t>ssential Questions</w:t>
      </w:r>
    </w:p>
    <w:p w:rsidR="00C37624" w:rsidRDefault="00A34D64">
      <w:pPr>
        <w:pStyle w:val="ListBullet"/>
        <w:spacing w:after="60"/>
        <w:ind w:left="0"/>
      </w:pPr>
      <w:r>
        <w:t>How do you make a good decision when you do not have all the information?</w:t>
      </w:r>
    </w:p>
    <w:p w:rsidR="00C37624" w:rsidRDefault="00A34D64">
      <w:pPr>
        <w:pStyle w:val="ListBullet"/>
        <w:spacing w:after="60"/>
        <w:ind w:left="0"/>
      </w:pPr>
      <w:r>
        <w:t>Does responsibility sometimes require putting what you want aside?</w:t>
      </w:r>
    </w:p>
    <w:p w:rsidR="00C37624" w:rsidRDefault="00A34D64">
      <w:pPr>
        <w:pStyle w:val="ListBullet"/>
        <w:spacing w:after="60"/>
        <w:ind w:left="0"/>
      </w:pPr>
      <w:r>
        <w:t>Is preparing for something that may never happen an overreaction—or responsible planning?</w:t>
      </w:r>
    </w:p>
    <w:p w:rsidR="00C37624" w:rsidRDefault="00A34D64">
      <w:pPr>
        <w:pStyle w:val="ListBullet"/>
        <w:spacing w:after="60"/>
        <w:ind w:left="0"/>
      </w:pPr>
      <w:r>
        <w:t>What d</w:t>
      </w:r>
      <w:r>
        <w:t>oes a leader owe the people who depend upon them?</w:t>
      </w:r>
    </w:p>
    <w:p w:rsidR="00C37624" w:rsidRDefault="00A34D64">
      <w:pPr>
        <w:spacing w:before="140" w:after="60"/>
      </w:pPr>
      <w:r>
        <w:rPr>
          <w:b/>
          <w:sz w:val="24"/>
        </w:rPr>
        <w:t>Key Teaching Points</w:t>
      </w:r>
    </w:p>
    <w:p w:rsidR="00C37624" w:rsidRDefault="00A34D64">
      <w:pPr>
        <w:spacing w:after="40"/>
      </w:pPr>
      <w:r>
        <w:rPr>
          <w:b/>
        </w:rPr>
        <w:t>Waiting for Certainty Can Be a Decision</w:t>
      </w:r>
    </w:p>
    <w:p w:rsidR="00C37624" w:rsidRDefault="00A34D64">
      <w:pPr>
        <w:spacing w:after="80"/>
        <w:ind w:left="259"/>
      </w:pPr>
      <w:r>
        <w:t xml:space="preserve">Tellin does not know exactly where Amhor is or when the invasion will arrive. One strategist even points out that there are no reports confirming </w:t>
      </w:r>
      <w:r>
        <w:t>the invasion.</w:t>
      </w:r>
    </w:p>
    <w:p w:rsidR="00C37624" w:rsidRDefault="00A34D64">
      <w:pPr>
        <w:spacing w:after="40"/>
      </w:pPr>
      <w:r>
        <w:rPr>
          <w:b/>
        </w:rPr>
        <w:t>Responsibility Can Conflict With Personal Desire</w:t>
      </w:r>
    </w:p>
    <w:p w:rsidR="00C37624" w:rsidRDefault="00A34D64">
      <w:pPr>
        <w:spacing w:after="80"/>
        <w:ind w:left="259"/>
      </w:pPr>
      <w:r>
        <w:t>Tellin desperately wants to go to Nalandar, Zoona and Zantar. Instead, he remains in Anima.</w:t>
      </w:r>
    </w:p>
    <w:p w:rsidR="00C37624" w:rsidRDefault="00A34D64">
      <w:pPr>
        <w:spacing w:before="140" w:after="60"/>
      </w:pPr>
      <w:r>
        <w:rPr>
          <w:b/>
          <w:sz w:val="24"/>
        </w:rPr>
        <w:t>Student Booklet Match — Recommended Selections</w:t>
      </w:r>
    </w:p>
    <w:p w:rsidR="00C37624" w:rsidRDefault="00A34D64">
      <w:pPr>
        <w:pStyle w:val="ListBullet"/>
        <w:spacing w:after="60"/>
        <w:ind w:left="0"/>
      </w:pPr>
      <w:r>
        <w:t>1. Why is Tellin so concerned about the frontier outpo</w:t>
      </w:r>
      <w:r>
        <w:t>sts as he and Tunis race back toward Anima? What makes them vulnerable to Amhor's invasion?</w:t>
      </w:r>
    </w:p>
    <w:p w:rsidR="00C37624" w:rsidRDefault="00A34D64">
      <w:pPr>
        <w:pStyle w:val="ListBullet"/>
        <w:spacing w:after="60"/>
        <w:ind w:left="0"/>
      </w:pPr>
      <w:r>
        <w:t>3. Why does Tellin send scouts east rather than immediately committing his soldiers to battle? What does this reveal about the importance of information when making</w:t>
      </w:r>
      <w:r>
        <w:t xml:space="preserve"> decisions?</w:t>
      </w:r>
    </w:p>
    <w:p w:rsidR="00C37624" w:rsidRDefault="00A34D64">
      <w:pPr>
        <w:pStyle w:val="ListBullet"/>
        <w:spacing w:after="60"/>
        <w:ind w:left="0"/>
      </w:pPr>
      <w:r>
        <w:t>5. Describe Tellin's defensive strategy. What roles will Abidu, Merkari, Tola, Anar, and the cavalry play?</w:t>
      </w:r>
    </w:p>
    <w:p w:rsidR="00C37624" w:rsidRDefault="00A34D64">
      <w:pPr>
        <w:spacing w:before="140" w:after="60"/>
      </w:pPr>
      <w:r>
        <w:rPr>
          <w:b/>
          <w:sz w:val="24"/>
        </w:rPr>
        <w:t>Quick Assessment</w:t>
      </w:r>
    </w:p>
    <w:p w:rsidR="00C37624" w:rsidRDefault="00A34D64">
      <w:r>
        <w:t>Ask: Name one decision Tellin makes under uncertainty. Was it reasonable based on what he knew at the time?</w:t>
      </w:r>
    </w:p>
    <w:p w:rsidR="00C37624" w:rsidRDefault="00A34D64">
      <w:pPr>
        <w:spacing w:before="140" w:after="60"/>
      </w:pPr>
      <w:r>
        <w:rPr>
          <w:b/>
          <w:sz w:val="24"/>
        </w:rPr>
        <w:t>If You Teach</w:t>
      </w:r>
      <w:r>
        <w:rPr>
          <w:b/>
          <w:sz w:val="24"/>
        </w:rPr>
        <w:t xml:space="preserve"> Only One Idea</w:t>
      </w:r>
    </w:p>
    <w:p w:rsidR="00C37624" w:rsidRDefault="00A34D64">
      <w:r>
        <w:t>Who else is affected by your choices? This takes responsibility beyond:</w:t>
      </w:r>
    </w:p>
    <w:p w:rsidR="00C37624" w:rsidRDefault="00A34D64">
      <w:r>
        <w:br w:type="page"/>
      </w:r>
    </w:p>
    <w:p w:rsidR="00C37624" w:rsidRDefault="00A34D64">
      <w:pPr>
        <w:keepNext/>
        <w:pageBreakBefore/>
        <w:jc w:val="center"/>
      </w:pPr>
      <w:r>
        <w:rPr>
          <w:b/>
          <w:sz w:val="32"/>
        </w:rPr>
        <w:lastRenderedPageBreak/>
        <w:t>Teacher’s Guide — Chapter 15</w:t>
      </w:r>
    </w:p>
    <w:p w:rsidR="00C37624" w:rsidRDefault="00A34D64">
      <w:pPr>
        <w:keepNext/>
        <w:jc w:val="center"/>
      </w:pPr>
      <w:r>
        <w:rPr>
          <w:b/>
          <w:sz w:val="28"/>
        </w:rPr>
        <w:t>Cost of Survival</w:t>
      </w:r>
    </w:p>
    <w:p w:rsidR="00C37624" w:rsidRDefault="00A34D64">
      <w:pPr>
        <w:spacing w:before="140" w:after="60"/>
      </w:pPr>
      <w:r>
        <w:rPr>
          <w:b/>
          <w:sz w:val="24"/>
        </w:rPr>
        <w:t>Chapter Focus</w:t>
      </w:r>
    </w:p>
    <w:p w:rsidR="00C37624" w:rsidRDefault="00A34D64">
      <w:r>
        <w:t xml:space="preserve">Chapter 15 moves students directly into the realities of battle, but its strongest teaching opportunity is </w:t>
      </w:r>
      <w:r>
        <w:t>not military strategy. It is the relationship between fear, courage, duty, survival, and the value of human—or Eerian—life.</w:t>
      </w:r>
    </w:p>
    <w:p w:rsidR="00C37624" w:rsidRDefault="00A34D64">
      <w:r>
        <w:rPr>
          <w:b/>
        </w:rPr>
        <w:t xml:space="preserve">Teaching progression: </w:t>
      </w:r>
      <w:r>
        <w:t>Fear → Courage → Duty → Action → Cost</w:t>
      </w:r>
    </w:p>
    <w:p w:rsidR="00C37624" w:rsidRDefault="00A34D64">
      <w:pPr>
        <w:spacing w:before="140" w:after="60"/>
      </w:pPr>
      <w:r>
        <w:rPr>
          <w:b/>
          <w:sz w:val="24"/>
        </w:rPr>
        <w:t>Essential Questions</w:t>
      </w:r>
    </w:p>
    <w:p w:rsidR="00C37624" w:rsidRDefault="00A34D64">
      <w:pPr>
        <w:pStyle w:val="ListBullet"/>
        <w:spacing w:after="60"/>
        <w:ind w:left="0"/>
      </w:pPr>
      <w:r>
        <w:t>What is strength?</w:t>
      </w:r>
    </w:p>
    <w:p w:rsidR="00C37624" w:rsidRDefault="00A34D64">
      <w:pPr>
        <w:pStyle w:val="ListBullet"/>
        <w:spacing w:after="60"/>
        <w:ind w:left="0"/>
      </w:pPr>
      <w:r>
        <w:t>Can you be terrified and courageou</w:t>
      </w:r>
      <w:r>
        <w:t>s at the same time?</w:t>
      </w:r>
    </w:p>
    <w:p w:rsidR="00C37624" w:rsidRDefault="00A34D64">
      <w:pPr>
        <w:pStyle w:val="ListBullet"/>
        <w:spacing w:after="60"/>
        <w:ind w:left="0"/>
      </w:pPr>
      <w:r>
        <w:t>Does duty require you to stop feeling fear?</w:t>
      </w:r>
    </w:p>
    <w:p w:rsidR="00C37624" w:rsidRDefault="00A34D64">
      <w:pPr>
        <w:pStyle w:val="ListBullet"/>
        <w:spacing w:after="60"/>
        <w:ind w:left="0"/>
      </w:pPr>
      <w:r>
        <w:t>What are we willing to risk for the people and principles we value?</w:t>
      </w:r>
    </w:p>
    <w:p w:rsidR="00C37624" w:rsidRDefault="00A34D64">
      <w:pPr>
        <w:spacing w:before="140" w:after="60"/>
      </w:pPr>
      <w:r>
        <w:rPr>
          <w:b/>
          <w:sz w:val="24"/>
        </w:rPr>
        <w:t>Key Teaching Points</w:t>
      </w:r>
    </w:p>
    <w:p w:rsidR="00C37624" w:rsidRDefault="00A34D64">
      <w:pPr>
        <w:spacing w:after="40"/>
      </w:pPr>
      <w:r>
        <w:rPr>
          <w:b/>
        </w:rPr>
        <w:t>Courage Is Not Fearlessness</w:t>
      </w:r>
    </w:p>
    <w:p w:rsidR="00C37624" w:rsidRDefault="00A34D64">
      <w:pPr>
        <w:spacing w:after="80"/>
        <w:ind w:left="259"/>
      </w:pPr>
      <w:r>
        <w:t xml:space="preserve">Eliel assumes soldiers eventually stop being afraid. Abidu tells him </w:t>
      </w:r>
      <w:r>
        <w:t>otherwise.</w:t>
      </w:r>
    </w:p>
    <w:p w:rsidR="00C37624" w:rsidRDefault="00A34D64">
      <w:pPr>
        <w:spacing w:after="40"/>
      </w:pPr>
      <w:r>
        <w:rPr>
          <w:b/>
        </w:rPr>
        <w:t>Strength Has More Than One Form</w:t>
      </w:r>
    </w:p>
    <w:p w:rsidR="00C37624" w:rsidRDefault="00A34D64">
      <w:pPr>
        <w:spacing w:after="80"/>
        <w:ind w:left="259"/>
      </w:pPr>
      <w:r>
        <w:t>Abidu demonstrates experience and emotional honesty. Eliel admits fear but remains at his position.</w:t>
      </w:r>
    </w:p>
    <w:p w:rsidR="00C37624" w:rsidRDefault="00A34D64">
      <w:pPr>
        <w:spacing w:before="140" w:after="60"/>
      </w:pPr>
      <w:r>
        <w:rPr>
          <w:b/>
          <w:sz w:val="24"/>
        </w:rPr>
        <w:t>Student Booklet Match — Recommended Selections</w:t>
      </w:r>
    </w:p>
    <w:p w:rsidR="00C37624" w:rsidRDefault="00A34D64">
      <w:pPr>
        <w:pStyle w:val="ListBullet"/>
        <w:spacing w:after="60"/>
        <w:ind w:left="0"/>
      </w:pPr>
      <w:r>
        <w:t>1. What defensive strategy has Abidu prepared in the eastern fores</w:t>
      </w:r>
      <w:r>
        <w:t>t? Why does the strategy depend upon discipline rather than simply fighting until the enemy is defeated?</w:t>
      </w:r>
    </w:p>
    <w:p w:rsidR="00C37624" w:rsidRDefault="00A34D64">
      <w:pPr>
        <w:pStyle w:val="ListBullet"/>
        <w:spacing w:after="60"/>
        <w:ind w:left="0"/>
      </w:pPr>
      <w:r>
        <w:t>3. Why does Liza believe Tellin does not know the invasion has begun? What does the reader know that Liza does not?</w:t>
      </w:r>
    </w:p>
    <w:p w:rsidR="00C37624" w:rsidRDefault="00A34D64">
      <w:pPr>
        <w:pStyle w:val="ListBullet"/>
        <w:spacing w:after="60"/>
        <w:ind w:left="0"/>
      </w:pPr>
      <w:r>
        <w:t xml:space="preserve">5. What happens during the final </w:t>
      </w:r>
      <w:r>
        <w:t>confrontation between Abidu and Liza? Why does Abidu smile before he dies?</w:t>
      </w:r>
    </w:p>
    <w:p w:rsidR="00C37624" w:rsidRDefault="00A34D64">
      <w:pPr>
        <w:spacing w:before="140" w:after="60"/>
      </w:pPr>
      <w:r>
        <w:rPr>
          <w:b/>
          <w:sz w:val="24"/>
        </w:rPr>
        <w:t>Quick Assessment</w:t>
      </w:r>
    </w:p>
    <w:p w:rsidR="00C37624" w:rsidRDefault="00A34D64">
      <w:r>
        <w:t>Ask students to complete: Strength is not simply ________. Strength can also mean ________.</w:t>
      </w:r>
    </w:p>
    <w:p w:rsidR="00C37624" w:rsidRDefault="00A34D64">
      <w:pPr>
        <w:spacing w:before="140" w:after="60"/>
      </w:pPr>
      <w:r>
        <w:rPr>
          <w:b/>
          <w:sz w:val="24"/>
        </w:rPr>
        <w:t>If You Teach Only One Idea</w:t>
      </w:r>
    </w:p>
    <w:p w:rsidR="00C37624" w:rsidRDefault="00A34D64">
      <w:r>
        <w:t>What is strength? And don't answer it for the</w:t>
      </w:r>
      <w:r>
        <w:t>m.</w:t>
      </w:r>
    </w:p>
    <w:p w:rsidR="00C37624" w:rsidRDefault="00A34D64">
      <w:r>
        <w:br w:type="page"/>
      </w:r>
    </w:p>
    <w:p w:rsidR="00C37624" w:rsidRDefault="00A34D64">
      <w:pPr>
        <w:keepNext/>
        <w:pageBreakBefore/>
        <w:jc w:val="center"/>
      </w:pPr>
      <w:r>
        <w:rPr>
          <w:b/>
          <w:sz w:val="32"/>
        </w:rPr>
        <w:lastRenderedPageBreak/>
        <w:t>Teacher’s Guide — Chapter 16</w:t>
      </w:r>
    </w:p>
    <w:p w:rsidR="00C37624" w:rsidRDefault="00A34D64">
      <w:pPr>
        <w:keepNext/>
        <w:jc w:val="center"/>
      </w:pPr>
      <w:r>
        <w:rPr>
          <w:b/>
          <w:sz w:val="28"/>
        </w:rPr>
        <w:t>Truth Is Not to Be Feared</w:t>
      </w:r>
    </w:p>
    <w:p w:rsidR="00C37624" w:rsidRDefault="00A34D64">
      <w:pPr>
        <w:spacing w:before="140" w:after="60"/>
      </w:pPr>
      <w:r>
        <w:rPr>
          <w:b/>
          <w:sz w:val="24"/>
        </w:rPr>
        <w:t>Chapter Focus</w:t>
      </w:r>
    </w:p>
    <w:p w:rsidR="00C37624" w:rsidRDefault="00A34D64">
      <w:r>
        <w:t xml:space="preserve">Chapter 16 begins with a philosophical disagreement between Nalandar and Zoona over knowledge, curiosity, risk, and truth. Nalandar believes knowledge itself is neutral and that its </w:t>
      </w:r>
      <w:r>
        <w:t>morality depends upon the person using it.</w:t>
      </w:r>
    </w:p>
    <w:p w:rsidR="00C37624" w:rsidRDefault="00A34D64">
      <w:r>
        <w:rPr>
          <w:b/>
        </w:rPr>
        <w:t xml:space="preserve">Teaching progression: </w:t>
      </w:r>
      <w:r>
        <w:t>Curiosity → Knowledge → Risk → Judgment → Consequence</w:t>
      </w:r>
    </w:p>
    <w:p w:rsidR="00C37624" w:rsidRDefault="00A34D64">
      <w:pPr>
        <w:spacing w:before="140" w:after="60"/>
      </w:pPr>
      <w:r>
        <w:rPr>
          <w:b/>
          <w:sz w:val="24"/>
        </w:rPr>
        <w:t>Essential Questions</w:t>
      </w:r>
    </w:p>
    <w:p w:rsidR="00C37624" w:rsidRDefault="00A34D64">
      <w:pPr>
        <w:pStyle w:val="ListBullet"/>
        <w:spacing w:after="60"/>
        <w:ind w:left="0"/>
      </w:pPr>
      <w:r>
        <w:t>Should we pursue knowledge simply because we are capable of discovering it?</w:t>
      </w:r>
    </w:p>
    <w:p w:rsidR="00C37624" w:rsidRDefault="00A34D64">
      <w:pPr>
        <w:pStyle w:val="ListBullet"/>
        <w:spacing w:after="60"/>
        <w:ind w:left="0"/>
      </w:pPr>
      <w:r>
        <w:t xml:space="preserve">Is knowledge itself good or evil—or does </w:t>
      </w:r>
      <w:r>
        <w:t>morality depend upon how knowledge is used?</w:t>
      </w:r>
    </w:p>
    <w:p w:rsidR="00C37624" w:rsidRDefault="00A34D64">
      <w:pPr>
        <w:pStyle w:val="ListBullet"/>
        <w:spacing w:after="60"/>
        <w:ind w:left="0"/>
      </w:pPr>
      <w:r>
        <w:t>Can ignorance ever protect us?</w:t>
      </w:r>
    </w:p>
    <w:p w:rsidR="00C37624" w:rsidRDefault="00A34D64">
      <w:pPr>
        <w:pStyle w:val="ListBullet"/>
        <w:spacing w:after="60"/>
        <w:ind w:left="0"/>
      </w:pPr>
      <w:r>
        <w:t>Who is responsible for the consequences of a discovery?</w:t>
      </w:r>
    </w:p>
    <w:p w:rsidR="00C37624" w:rsidRDefault="00A34D64">
      <w:pPr>
        <w:spacing w:before="140" w:after="60"/>
      </w:pPr>
      <w:r>
        <w:rPr>
          <w:b/>
          <w:sz w:val="24"/>
        </w:rPr>
        <w:t>Key Teaching Points</w:t>
      </w:r>
    </w:p>
    <w:p w:rsidR="00C37624" w:rsidRDefault="00A34D64">
      <w:pPr>
        <w:spacing w:after="40"/>
      </w:pPr>
      <w:r>
        <w:rPr>
          <w:b/>
        </w:rPr>
        <w:t>Nalandar and Zoona Can Both Be Right</w:t>
      </w:r>
    </w:p>
    <w:p w:rsidR="00C37624" w:rsidRDefault="00A34D64">
      <w:pPr>
        <w:spacing w:after="80"/>
        <w:ind w:left="259"/>
      </w:pPr>
      <w:r>
        <w:t xml:space="preserve">Nalandar sees the mysterious device as an opportunity. If it </w:t>
      </w:r>
      <w:r>
        <w:t>connects worlds, perhaps it could bring new medicines, discoveries and knowledge.</w:t>
      </w:r>
    </w:p>
    <w:p w:rsidR="00C37624" w:rsidRDefault="00A34D64">
      <w:pPr>
        <w:spacing w:after="40"/>
      </w:pPr>
      <w:r>
        <w:rPr>
          <w:b/>
        </w:rPr>
        <w:t>“Knowledge Itself Isn't Evil”</w:t>
      </w:r>
    </w:p>
    <w:p w:rsidR="00C37624" w:rsidRDefault="00A34D64">
      <w:pPr>
        <w:spacing w:after="80"/>
        <w:ind w:left="259"/>
      </w:pPr>
      <w:r>
        <w:t>Nalandar argues: “Knowledge itself isn't evil. It's only a tool.</w:t>
      </w:r>
    </w:p>
    <w:p w:rsidR="00C37624" w:rsidRDefault="00A34D64">
      <w:pPr>
        <w:spacing w:before="140" w:after="60"/>
      </w:pPr>
      <w:r>
        <w:rPr>
          <w:b/>
          <w:sz w:val="24"/>
        </w:rPr>
        <w:t>Student Booklet Match — Recommended Selections</w:t>
      </w:r>
    </w:p>
    <w:p w:rsidR="00C37624" w:rsidRDefault="00A34D64">
      <w:pPr>
        <w:pStyle w:val="ListBullet"/>
        <w:spacing w:after="60"/>
        <w:ind w:left="0"/>
      </w:pPr>
      <w:r>
        <w:t>1. What does Nalandar discover a</w:t>
      </w:r>
      <w:r>
        <w:t>bout the mysterious cubical device? What important piece does he believe is still missing?</w:t>
      </w:r>
    </w:p>
    <w:p w:rsidR="00C37624" w:rsidRDefault="00A34D64">
      <w:pPr>
        <w:pStyle w:val="ListBullet"/>
        <w:spacing w:after="60"/>
        <w:ind w:left="0"/>
      </w:pPr>
      <w:r>
        <w:t>3. What warning does Nalandar receive as he leaves the tower? How does the peaceful morning suddenly change?</w:t>
      </w:r>
    </w:p>
    <w:p w:rsidR="00C37624" w:rsidRDefault="00A34D64">
      <w:pPr>
        <w:pStyle w:val="ListBullet"/>
        <w:spacing w:after="60"/>
        <w:ind w:left="0"/>
      </w:pPr>
      <w:r>
        <w:t>5. How does Tunis's hidden cavalry finally change the ba</w:t>
      </w:r>
      <w:r>
        <w:t>ttle? What happens to Krill, and why does Liza eventually order a retreat?</w:t>
      </w:r>
    </w:p>
    <w:p w:rsidR="00C37624" w:rsidRDefault="00A34D64">
      <w:pPr>
        <w:spacing w:before="140" w:after="60"/>
      </w:pPr>
      <w:r>
        <w:rPr>
          <w:b/>
          <w:sz w:val="24"/>
        </w:rPr>
        <w:t>Quick Assessment</w:t>
      </w:r>
    </w:p>
    <w:p w:rsidR="00C37624" w:rsidRDefault="00A34D64">
      <w:r>
        <w:t>Ask students to complete: Truth should/should not always be pursued because... Require one reason.</w:t>
      </w:r>
    </w:p>
    <w:p w:rsidR="00C37624" w:rsidRDefault="00A34D64">
      <w:pPr>
        <w:spacing w:before="140" w:after="60"/>
      </w:pPr>
      <w:r>
        <w:rPr>
          <w:b/>
          <w:sz w:val="24"/>
        </w:rPr>
        <w:t>If You Teach Only One Idea</w:t>
      </w:r>
    </w:p>
    <w:p w:rsidR="00C37624" w:rsidRDefault="00A34D64">
      <w:r>
        <w:t>Just because we can discover something</w:t>
      </w:r>
      <w:r>
        <w:t>, does that mean we should? That question can take students almost anywhere.</w:t>
      </w:r>
    </w:p>
    <w:p w:rsidR="00C37624" w:rsidRDefault="00A34D64">
      <w:r>
        <w:br w:type="page"/>
      </w:r>
    </w:p>
    <w:p w:rsidR="00C37624" w:rsidRDefault="00A34D64">
      <w:pPr>
        <w:keepNext/>
        <w:pageBreakBefore/>
        <w:jc w:val="center"/>
      </w:pPr>
      <w:r>
        <w:rPr>
          <w:b/>
          <w:sz w:val="32"/>
        </w:rPr>
        <w:lastRenderedPageBreak/>
        <w:t>Teacher’s Guide — Chapter 17</w:t>
      </w:r>
    </w:p>
    <w:p w:rsidR="00C37624" w:rsidRDefault="00A34D64">
      <w:pPr>
        <w:keepNext/>
        <w:jc w:val="center"/>
      </w:pPr>
      <w:r>
        <w:rPr>
          <w:b/>
          <w:sz w:val="28"/>
        </w:rPr>
        <w:t>The Tower</w:t>
      </w:r>
    </w:p>
    <w:p w:rsidR="00C37624" w:rsidRDefault="00A34D64">
      <w:pPr>
        <w:spacing w:before="140" w:after="60"/>
      </w:pPr>
      <w:r>
        <w:rPr>
          <w:b/>
          <w:sz w:val="24"/>
        </w:rPr>
        <w:t>Chapter Focus</w:t>
      </w:r>
    </w:p>
    <w:p w:rsidR="00C37624" w:rsidRDefault="00A34D64">
      <w:r>
        <w:t>Chapter 17 is a major turning point. Nalandar and Zoona appear to be lost, the tower—the physical symbol of Zantar's childho</w:t>
      </w:r>
      <w:r>
        <w:t>od—is destroyed, and grief changes Zantar's direction almost immediately.</w:t>
      </w:r>
    </w:p>
    <w:p w:rsidR="00C37624" w:rsidRDefault="00A34D64">
      <w:r>
        <w:rPr>
          <w:b/>
        </w:rPr>
        <w:t xml:space="preserve">Teaching progression: </w:t>
      </w:r>
      <w:r>
        <w:t>Loss → Grief → Anger → Resolve → Choice</w:t>
      </w:r>
    </w:p>
    <w:p w:rsidR="00C37624" w:rsidRDefault="00A34D64">
      <w:pPr>
        <w:spacing w:before="140" w:after="60"/>
      </w:pPr>
      <w:r>
        <w:rPr>
          <w:b/>
          <w:sz w:val="24"/>
        </w:rPr>
        <w:t>Essential Questions</w:t>
      </w:r>
    </w:p>
    <w:p w:rsidR="00C37624" w:rsidRDefault="00A34D64">
      <w:pPr>
        <w:pStyle w:val="ListBullet"/>
        <w:spacing w:after="60"/>
        <w:ind w:left="0"/>
      </w:pPr>
      <w:r>
        <w:t>Does suffering automatically make us stronger?</w:t>
      </w:r>
    </w:p>
    <w:p w:rsidR="00C37624" w:rsidRDefault="00A34D64">
      <w:pPr>
        <w:pStyle w:val="ListBullet"/>
        <w:spacing w:after="60"/>
        <w:ind w:left="0"/>
      </w:pPr>
      <w:r>
        <w:t>What is the difference between justice and revenge?</w:t>
      </w:r>
    </w:p>
    <w:p w:rsidR="00C37624" w:rsidRDefault="00A34D64">
      <w:pPr>
        <w:pStyle w:val="ListBullet"/>
        <w:spacing w:after="60"/>
        <w:ind w:left="0"/>
      </w:pPr>
      <w:r>
        <w:t>C</w:t>
      </w:r>
      <w:r>
        <w:t>an anger be justified but still lead us toward a harmful decision?</w:t>
      </w:r>
    </w:p>
    <w:p w:rsidR="00C37624" w:rsidRDefault="00A34D64">
      <w:pPr>
        <w:pStyle w:val="ListBullet"/>
        <w:spacing w:after="60"/>
        <w:ind w:left="0"/>
      </w:pPr>
      <w:r>
        <w:t>When grief changes us, do we still have some choice in who we become?</w:t>
      </w:r>
    </w:p>
    <w:p w:rsidR="00C37624" w:rsidRDefault="00A34D64">
      <w:pPr>
        <w:spacing w:before="140" w:after="60"/>
      </w:pPr>
      <w:r>
        <w:rPr>
          <w:b/>
          <w:sz w:val="24"/>
        </w:rPr>
        <w:t>Key Teaching Points</w:t>
      </w:r>
    </w:p>
    <w:p w:rsidR="00C37624" w:rsidRDefault="00A34D64">
      <w:pPr>
        <w:spacing w:after="40"/>
      </w:pPr>
      <w:r>
        <w:rPr>
          <w:b/>
        </w:rPr>
        <w:t>Grief Can Cloud Judgment</w:t>
      </w:r>
    </w:p>
    <w:p w:rsidR="00C37624" w:rsidRDefault="00A34D64">
      <w:pPr>
        <w:spacing w:after="80"/>
        <w:ind w:left="259"/>
      </w:pPr>
      <w:r>
        <w:t>Amhor understands grief extremely well. He deliberately expects the deaths</w:t>
      </w:r>
      <w:r>
        <w:t xml:space="preserve"> of Nalandar and Zoona to draw Zantar toward him because he knows grief can cloud judgment and provoke reckless decisions.</w:t>
      </w:r>
    </w:p>
    <w:p w:rsidR="00C37624" w:rsidRDefault="00A34D64">
      <w:pPr>
        <w:spacing w:after="40"/>
      </w:pPr>
      <w:r>
        <w:rPr>
          <w:b/>
        </w:rPr>
        <w:t>Anger Is Not Automatically Wrong</w:t>
      </w:r>
    </w:p>
    <w:p w:rsidR="00C37624" w:rsidRDefault="00A34D64">
      <w:pPr>
        <w:spacing w:after="80"/>
        <w:ind w:left="259"/>
      </w:pPr>
      <w:r>
        <w:t>Zantar discovers his mother's sapphire pendant in the blood-soaked earth. He cannot find Zoona, Nala</w:t>
      </w:r>
      <w:r>
        <w:t>ndar or Luna, and cries toward the heavens asking why this has been allowed to happen.</w:t>
      </w:r>
    </w:p>
    <w:p w:rsidR="00C37624" w:rsidRDefault="00A34D64">
      <w:pPr>
        <w:spacing w:before="140" w:after="60"/>
      </w:pPr>
      <w:r>
        <w:rPr>
          <w:b/>
          <w:sz w:val="24"/>
        </w:rPr>
        <w:t>Student Booklet Match — Recommended Selections</w:t>
      </w:r>
    </w:p>
    <w:p w:rsidR="00C37624" w:rsidRDefault="00A34D64">
      <w:pPr>
        <w:pStyle w:val="ListBullet"/>
        <w:spacing w:after="60"/>
        <w:ind w:left="0"/>
      </w:pPr>
      <w:r>
        <w:t>1. How do Nalandar and Amhor differ in the way they use their powers during their confrontation? What might those differen</w:t>
      </w:r>
      <w:r>
        <w:t>ces reveal about each character?</w:t>
      </w:r>
    </w:p>
    <w:p w:rsidR="00C37624" w:rsidRDefault="00A34D64">
      <w:pPr>
        <w:pStyle w:val="ListBullet"/>
        <w:spacing w:after="60"/>
        <w:ind w:left="0"/>
      </w:pPr>
      <w:r>
        <w:t>3. What does Amhor take from Nalandar's private sanctum? Why might the jeweled device be important later?</w:t>
      </w:r>
    </w:p>
    <w:p w:rsidR="00C37624" w:rsidRDefault="00A34D64">
      <w:pPr>
        <w:pStyle w:val="ListBullet"/>
        <w:spacing w:after="60"/>
        <w:ind w:left="0"/>
      </w:pPr>
      <w:r>
        <w:t xml:space="preserve">5. What convinces Zantar that something terrible has happened to Zoona? How does he react when he cannot find Zoona, </w:t>
      </w:r>
      <w:r>
        <w:t>Nalandar, or Luna?</w:t>
      </w:r>
    </w:p>
    <w:p w:rsidR="00C37624" w:rsidRDefault="00A34D64">
      <w:pPr>
        <w:spacing w:before="140" w:after="60"/>
      </w:pPr>
      <w:r>
        <w:rPr>
          <w:b/>
          <w:sz w:val="24"/>
        </w:rPr>
        <w:t>Quick Assessment</w:t>
      </w:r>
    </w:p>
    <w:p w:rsidR="00C37624" w:rsidRDefault="00A34D64">
      <w:r>
        <w:t>Ask students to complete: Anger becomes dangerous when... Then require one sentence explaining why.</w:t>
      </w:r>
    </w:p>
    <w:p w:rsidR="00C37624" w:rsidRDefault="00A34D64">
      <w:pPr>
        <w:spacing w:before="140" w:after="60"/>
      </w:pPr>
      <w:r>
        <w:rPr>
          <w:b/>
          <w:sz w:val="24"/>
        </w:rPr>
        <w:t>If You Teach Only One Idea</w:t>
      </w:r>
    </w:p>
    <w:p w:rsidR="00C37624" w:rsidRDefault="00A34D64">
      <w:r>
        <w:t>Once you recognize your own fractures, what are you going to do about them? Zantar cannot und</w:t>
      </w:r>
      <w:r>
        <w:t>o what happened.</w:t>
      </w:r>
    </w:p>
    <w:p w:rsidR="00C37624" w:rsidRDefault="00A34D64">
      <w:r>
        <w:br w:type="page"/>
      </w:r>
    </w:p>
    <w:p w:rsidR="00C37624" w:rsidRDefault="00A34D64">
      <w:pPr>
        <w:keepNext/>
        <w:pageBreakBefore/>
        <w:jc w:val="center"/>
      </w:pPr>
      <w:r>
        <w:rPr>
          <w:b/>
          <w:sz w:val="32"/>
        </w:rPr>
        <w:lastRenderedPageBreak/>
        <w:t>Teacher’s Guide — Chapter 18</w:t>
      </w:r>
    </w:p>
    <w:p w:rsidR="00C37624" w:rsidRDefault="00A34D64">
      <w:pPr>
        <w:keepNext/>
        <w:jc w:val="center"/>
      </w:pPr>
      <w:r>
        <w:rPr>
          <w:b/>
          <w:sz w:val="28"/>
        </w:rPr>
        <w:t>The Ashes of Anima</w:t>
      </w:r>
    </w:p>
    <w:p w:rsidR="00C37624" w:rsidRDefault="00A34D64">
      <w:pPr>
        <w:spacing w:before="140" w:after="60"/>
      </w:pPr>
      <w:r>
        <w:rPr>
          <w:b/>
          <w:sz w:val="24"/>
        </w:rPr>
        <w:t>Chapter Focus</w:t>
      </w:r>
    </w:p>
    <w:p w:rsidR="00C37624" w:rsidRDefault="00A34D64">
      <w:r>
        <w:t>Chapter 18 deals with something stories about war sometimes avoid: what happens after the fighting stops. Anima has survived, but there are no victory celebrations.</w:t>
      </w:r>
    </w:p>
    <w:p w:rsidR="00C37624" w:rsidRDefault="00A34D64">
      <w:r>
        <w:rPr>
          <w:b/>
        </w:rPr>
        <w:t>Teaching p</w:t>
      </w:r>
      <w:r>
        <w:rPr>
          <w:b/>
        </w:rPr>
        <w:t xml:space="preserve">rogression: </w:t>
      </w:r>
      <w:r>
        <w:t>Survival → Loss → Responsibility → Resilience → Hope</w:t>
      </w:r>
    </w:p>
    <w:p w:rsidR="00C37624" w:rsidRDefault="00A34D64">
      <w:pPr>
        <w:spacing w:before="140" w:after="60"/>
      </w:pPr>
      <w:r>
        <w:rPr>
          <w:b/>
          <w:sz w:val="24"/>
        </w:rPr>
        <w:t>Essential Questions</w:t>
      </w:r>
    </w:p>
    <w:p w:rsidR="00C37624" w:rsidRDefault="00A34D64">
      <w:pPr>
        <w:pStyle w:val="ListBullet"/>
        <w:spacing w:after="60"/>
        <w:ind w:left="0"/>
      </w:pPr>
      <w:r>
        <w:t>Is surviving the same as winning?</w:t>
      </w:r>
    </w:p>
    <w:p w:rsidR="00C37624" w:rsidRDefault="00A34D64">
      <w:pPr>
        <w:pStyle w:val="ListBullet"/>
        <w:spacing w:after="60"/>
        <w:ind w:left="0"/>
      </w:pPr>
      <w:r>
        <w:t>How do we measure victory when the cost is enormous?</w:t>
      </w:r>
    </w:p>
    <w:p w:rsidR="00C37624" w:rsidRDefault="00A34D64">
      <w:pPr>
        <w:pStyle w:val="ListBullet"/>
        <w:spacing w:after="60"/>
        <w:ind w:left="0"/>
      </w:pPr>
      <w:r>
        <w:t>Can someone do everything reasonably possible and still feel responsible when things</w:t>
      </w:r>
      <w:r>
        <w:t xml:space="preserve"> go wrong?</w:t>
      </w:r>
    </w:p>
    <w:p w:rsidR="00C37624" w:rsidRDefault="00A34D64">
      <w:pPr>
        <w:pStyle w:val="ListBullet"/>
        <w:spacing w:after="60"/>
        <w:ind w:left="0"/>
      </w:pPr>
      <w:r>
        <w:t>What does resilience actually mean after something cannot be repaired?</w:t>
      </w:r>
    </w:p>
    <w:p w:rsidR="00C37624" w:rsidRDefault="00A34D64">
      <w:pPr>
        <w:spacing w:before="140" w:after="60"/>
      </w:pPr>
      <w:r>
        <w:rPr>
          <w:b/>
          <w:sz w:val="24"/>
        </w:rPr>
        <w:t>Key Teaching Points</w:t>
      </w:r>
    </w:p>
    <w:p w:rsidR="00C37624" w:rsidRDefault="00A34D64">
      <w:pPr>
        <w:spacing w:after="40"/>
      </w:pPr>
      <w:r>
        <w:rPr>
          <w:b/>
        </w:rPr>
        <w:t>“We Held. Barely.”</w:t>
      </w:r>
    </w:p>
    <w:p w:rsidR="00C37624" w:rsidRDefault="00A34D64">
      <w:pPr>
        <w:spacing w:after="80"/>
        <w:ind w:left="259"/>
      </w:pPr>
      <w:r>
        <w:t>When Merkari asks for the report, Tola's answer is simple: They held.</w:t>
      </w:r>
    </w:p>
    <w:p w:rsidR="00C37624" w:rsidRDefault="00A34D64">
      <w:pPr>
        <w:spacing w:after="40"/>
      </w:pPr>
      <w:r>
        <w:rPr>
          <w:b/>
        </w:rPr>
        <w:t>Responsibility Is Not the Same as Blame</w:t>
      </w:r>
    </w:p>
    <w:p w:rsidR="00C37624" w:rsidRDefault="00A34D64">
      <w:pPr>
        <w:spacing w:after="80"/>
        <w:ind w:left="259"/>
      </w:pPr>
      <w:r>
        <w:t xml:space="preserve">An injured man tells </w:t>
      </w:r>
      <w:r>
        <w:t>Merkari: “You came. But not soon enough.”</w:t>
      </w:r>
    </w:p>
    <w:p w:rsidR="00C37624" w:rsidRDefault="00A34D64">
      <w:pPr>
        <w:spacing w:before="140" w:after="60"/>
      </w:pPr>
      <w:r>
        <w:rPr>
          <w:b/>
          <w:sz w:val="24"/>
        </w:rPr>
        <w:t>Student Booklet Match — Recommended Selections</w:t>
      </w:r>
    </w:p>
    <w:p w:rsidR="00C37624" w:rsidRDefault="00A34D64">
      <w:pPr>
        <w:pStyle w:val="ListBullet"/>
        <w:spacing w:after="60"/>
        <w:ind w:left="0"/>
      </w:pPr>
      <w:r>
        <w:t>1. What is the atmosphere in Anima on the morning after the battle? Why are there no celebrations even though the Eerians survived?</w:t>
      </w:r>
    </w:p>
    <w:p w:rsidR="00C37624" w:rsidRDefault="00A34D64">
      <w:pPr>
        <w:pStyle w:val="ListBullet"/>
        <w:spacing w:after="60"/>
        <w:ind w:left="0"/>
      </w:pPr>
      <w:r>
        <w:t>3. An injured man tells Merkari, “Y</w:t>
      </w:r>
      <w:r>
        <w:t>ou came. But not soon enough.” How does she respond, and why might his calm statement affect her more deeply than anger would have?</w:t>
      </w:r>
    </w:p>
    <w:p w:rsidR="00C37624" w:rsidRDefault="00A34D64">
      <w:pPr>
        <w:pStyle w:val="ListBullet"/>
        <w:spacing w:after="60"/>
        <w:ind w:left="0"/>
      </w:pPr>
      <w:r>
        <w:t>5. What strange evidence do Tellin, Anar, and Merkari discover at Nalandar's ruined tower? What does it suggest about Amhor'</w:t>
      </w:r>
      <w:r>
        <w:t>s purpose there?</w:t>
      </w:r>
    </w:p>
    <w:p w:rsidR="00C37624" w:rsidRDefault="00A34D64">
      <w:pPr>
        <w:spacing w:before="140" w:after="60"/>
      </w:pPr>
      <w:r>
        <w:rPr>
          <w:b/>
          <w:sz w:val="24"/>
        </w:rPr>
        <w:t>Quick Assessment</w:t>
      </w:r>
    </w:p>
    <w:p w:rsidR="00C37624" w:rsidRDefault="00A34D64">
      <w:r>
        <w:t>Ask students to complete: Surviving something does not necessarily mean ________. It can mean ________.</w:t>
      </w:r>
    </w:p>
    <w:p w:rsidR="00C37624" w:rsidRDefault="00A34D64">
      <w:pPr>
        <w:spacing w:before="140" w:after="60"/>
      </w:pPr>
      <w:r>
        <w:rPr>
          <w:b/>
          <w:sz w:val="24"/>
        </w:rPr>
        <w:t>If You Teach Only One Idea</w:t>
      </w:r>
    </w:p>
    <w:p w:rsidR="00C37624" w:rsidRDefault="00A34D64">
      <w:r>
        <w:t>What does it mean to keep going when something cannot be undone? The people of Anima cannot</w:t>
      </w:r>
      <w:r>
        <w:t xml:space="preserve"> restore the dead.</w:t>
      </w:r>
    </w:p>
    <w:p w:rsidR="00C37624" w:rsidRDefault="00A34D64">
      <w:r>
        <w:br w:type="page"/>
      </w:r>
    </w:p>
    <w:p w:rsidR="00C37624" w:rsidRDefault="00A34D64">
      <w:pPr>
        <w:keepNext/>
        <w:pageBreakBefore/>
        <w:jc w:val="center"/>
      </w:pPr>
      <w:r>
        <w:rPr>
          <w:b/>
          <w:sz w:val="32"/>
        </w:rPr>
        <w:lastRenderedPageBreak/>
        <w:t>Teacher’s Guide — Chapter 19</w:t>
      </w:r>
    </w:p>
    <w:p w:rsidR="00C37624" w:rsidRDefault="00A34D64">
      <w:pPr>
        <w:keepNext/>
        <w:jc w:val="center"/>
      </w:pPr>
      <w:r>
        <w:rPr>
          <w:b/>
          <w:sz w:val="28"/>
        </w:rPr>
        <w:t>The Weight of Justice</w:t>
      </w:r>
    </w:p>
    <w:p w:rsidR="00C37624" w:rsidRDefault="00A34D64">
      <w:pPr>
        <w:spacing w:before="140" w:after="60"/>
      </w:pPr>
      <w:r>
        <w:rPr>
          <w:b/>
          <w:sz w:val="24"/>
        </w:rPr>
        <w:t>Chapter Focus</w:t>
      </w:r>
    </w:p>
    <w:p w:rsidR="00C37624" w:rsidRDefault="00A34D64">
      <w:r>
        <w:t xml:space="preserve">Chapter 19 takes the questions raised by Zantar’s grief and makes them more difficult. Zantar believes Amhor must answer for what he has done, but he is no longer </w:t>
      </w:r>
      <w:r>
        <w:t>completely certain whether he is pursuing justice, revenge, destiny, or his own anger.</w:t>
      </w:r>
    </w:p>
    <w:p w:rsidR="00C37624" w:rsidRDefault="00A34D64">
      <w:r>
        <w:rPr>
          <w:b/>
        </w:rPr>
        <w:t xml:space="preserve">Teaching progression: </w:t>
      </w:r>
      <w:r>
        <w:t>Grief → Anger → Power → Self-awareness → Responsibility</w:t>
      </w:r>
    </w:p>
    <w:p w:rsidR="00C37624" w:rsidRDefault="00A34D64">
      <w:pPr>
        <w:spacing w:before="140" w:after="60"/>
      </w:pPr>
      <w:r>
        <w:rPr>
          <w:b/>
          <w:sz w:val="24"/>
        </w:rPr>
        <w:t>Essential Questions</w:t>
      </w:r>
    </w:p>
    <w:p w:rsidR="00C37624" w:rsidRDefault="00A34D64">
      <w:pPr>
        <w:pStyle w:val="ListBullet"/>
        <w:spacing w:after="60"/>
        <w:ind w:left="0"/>
      </w:pPr>
      <w:r>
        <w:t>What is the difference between justice and revenge?</w:t>
      </w:r>
    </w:p>
    <w:p w:rsidR="00C37624" w:rsidRDefault="00A34D64">
      <w:pPr>
        <w:pStyle w:val="ListBullet"/>
        <w:spacing w:after="60"/>
        <w:ind w:left="0"/>
      </w:pPr>
      <w:r>
        <w:t>If our anger is jus</w:t>
      </w:r>
      <w:r>
        <w:t>tified, are the actions caused by that anger also justified?</w:t>
      </w:r>
    </w:p>
    <w:p w:rsidR="00C37624" w:rsidRDefault="00A34D64">
      <w:pPr>
        <w:pStyle w:val="ListBullet"/>
        <w:spacing w:after="60"/>
        <w:ind w:left="0"/>
      </w:pPr>
      <w:r>
        <w:t>Does having power create a greater responsibility to control ourselves?</w:t>
      </w:r>
    </w:p>
    <w:p w:rsidR="00C37624" w:rsidRDefault="00A34D64">
      <w:pPr>
        <w:pStyle w:val="ListBullet"/>
        <w:spacing w:after="60"/>
        <w:ind w:left="0"/>
      </w:pPr>
      <w:r>
        <w:t>Can a good person do something wrong without becoming a bad person?</w:t>
      </w:r>
    </w:p>
    <w:p w:rsidR="00C37624" w:rsidRDefault="00A34D64">
      <w:pPr>
        <w:spacing w:before="140" w:after="60"/>
      </w:pPr>
      <w:r>
        <w:rPr>
          <w:b/>
          <w:sz w:val="24"/>
        </w:rPr>
        <w:t>Key Teaching Points</w:t>
      </w:r>
    </w:p>
    <w:p w:rsidR="00C37624" w:rsidRDefault="00A34D64">
      <w:pPr>
        <w:spacing w:after="40"/>
      </w:pPr>
      <w:r>
        <w:rPr>
          <w:b/>
        </w:rPr>
        <w:t xml:space="preserve">Justice and Revenge Can Look Very </w:t>
      </w:r>
      <w:r>
        <w:rPr>
          <w:b/>
        </w:rPr>
        <w:t>Similar</w:t>
      </w:r>
    </w:p>
    <w:p w:rsidR="00C37624" w:rsidRDefault="00A34D64">
      <w:pPr>
        <w:spacing w:after="80"/>
        <w:ind w:left="259"/>
      </w:pPr>
      <w:r>
        <w:t>Zantar believes Amhor deserves death. But he also remembers Nalandar's warning that revenge is a poor foundation upon which to build a life.</w:t>
      </w:r>
    </w:p>
    <w:p w:rsidR="00C37624" w:rsidRDefault="00A34D64">
      <w:pPr>
        <w:spacing w:after="40"/>
      </w:pPr>
      <w:r>
        <w:rPr>
          <w:b/>
        </w:rPr>
        <w:t>Power Reveals Responsibility</w:t>
      </w:r>
    </w:p>
    <w:p w:rsidR="00C37624" w:rsidRDefault="00A34D64">
      <w:pPr>
        <w:spacing w:after="80"/>
        <w:ind w:left="259"/>
      </w:pPr>
      <w:r>
        <w:t>Zantar becomes overwhelmed by memories of the tower. Without consciously decid</w:t>
      </w:r>
      <w:r>
        <w:t>ing to do so, he unleashes tremendous power and destroys a massive tree.</w:t>
      </w:r>
    </w:p>
    <w:p w:rsidR="00C37624" w:rsidRDefault="00A34D64">
      <w:pPr>
        <w:spacing w:before="140" w:after="60"/>
      </w:pPr>
      <w:r>
        <w:rPr>
          <w:b/>
          <w:sz w:val="24"/>
        </w:rPr>
        <w:t>Student Booklet Match — Recommended Selections</w:t>
      </w:r>
    </w:p>
    <w:p w:rsidR="00C37624" w:rsidRDefault="00A34D64">
      <w:pPr>
        <w:pStyle w:val="ListBullet"/>
        <w:spacing w:after="60"/>
        <w:ind w:left="0"/>
      </w:pPr>
      <w:r>
        <w:t>1. Why do Zantar and Lyra bury Zoona and Nalandar even though their bodies were never found? What does the burial appear to mean to Zant</w:t>
      </w:r>
      <w:r>
        <w:t>ar?</w:t>
      </w:r>
    </w:p>
    <w:p w:rsidR="00C37624" w:rsidRDefault="00A34D64">
      <w:pPr>
        <w:pStyle w:val="ListBullet"/>
        <w:spacing w:after="60"/>
        <w:ind w:left="0"/>
      </w:pPr>
      <w:r>
        <w:t>3. As Zantar follows Amhor, what questions begin troubling him about justice, revenge, and his own destiny?</w:t>
      </w:r>
    </w:p>
    <w:p w:rsidR="00C37624" w:rsidRDefault="00A34D64">
      <w:pPr>
        <w:pStyle w:val="ListBullet"/>
        <w:spacing w:after="60"/>
        <w:ind w:left="0"/>
      </w:pPr>
      <w:r>
        <w:t>5. What happens when Zantar loses control of his anger at the campsite? Why does the destruction of the tree disturb him afterward?</w:t>
      </w:r>
    </w:p>
    <w:p w:rsidR="00C37624" w:rsidRDefault="00A34D64">
      <w:pPr>
        <w:spacing w:before="140" w:after="60"/>
      </w:pPr>
      <w:r>
        <w:rPr>
          <w:b/>
          <w:sz w:val="24"/>
        </w:rPr>
        <w:t>Quick Assess</w:t>
      </w:r>
      <w:r>
        <w:rPr>
          <w:b/>
          <w:sz w:val="24"/>
        </w:rPr>
        <w:t>ment</w:t>
      </w:r>
    </w:p>
    <w:p w:rsidR="00C37624" w:rsidRDefault="00A34D64">
      <w:r>
        <w:t>Ask students to complete: Forgiving yourself should not mean ________. It should mean ________.</w:t>
      </w:r>
    </w:p>
    <w:p w:rsidR="00C37624" w:rsidRDefault="00A34D64">
      <w:pPr>
        <w:spacing w:before="140" w:after="60"/>
      </w:pPr>
      <w:r>
        <w:rPr>
          <w:b/>
          <w:sz w:val="24"/>
        </w:rPr>
        <w:t>If You Teach Only One Idea</w:t>
      </w:r>
    </w:p>
    <w:p w:rsidR="00C37624" w:rsidRDefault="00A34D64">
      <w:r>
        <w:t>What do you do after you realize you were wrong? Everyone will eventually make a poor decision.</w:t>
      </w:r>
    </w:p>
    <w:p w:rsidR="00C37624" w:rsidRDefault="00A34D64">
      <w:r>
        <w:br w:type="page"/>
      </w:r>
    </w:p>
    <w:p w:rsidR="00C37624" w:rsidRDefault="00A34D64">
      <w:pPr>
        <w:keepNext/>
        <w:pageBreakBefore/>
        <w:jc w:val="center"/>
      </w:pPr>
      <w:r>
        <w:rPr>
          <w:b/>
          <w:sz w:val="32"/>
        </w:rPr>
        <w:lastRenderedPageBreak/>
        <w:t>Teacher’s Guide — Chapter 20</w:t>
      </w:r>
    </w:p>
    <w:p w:rsidR="00C37624" w:rsidRDefault="00A34D64">
      <w:pPr>
        <w:keepNext/>
        <w:jc w:val="center"/>
      </w:pPr>
      <w:r>
        <w:rPr>
          <w:b/>
          <w:sz w:val="28"/>
        </w:rPr>
        <w:t>T</w:t>
      </w:r>
      <w:r>
        <w:rPr>
          <w:b/>
          <w:sz w:val="28"/>
        </w:rPr>
        <w:t>he Greatest Dangers Within</w:t>
      </w:r>
    </w:p>
    <w:p w:rsidR="00C37624" w:rsidRDefault="00A34D64">
      <w:pPr>
        <w:spacing w:before="140" w:after="60"/>
      </w:pPr>
      <w:r>
        <w:rPr>
          <w:b/>
          <w:sz w:val="24"/>
        </w:rPr>
        <w:t>Chapter Focus</w:t>
      </w:r>
    </w:p>
    <w:p w:rsidR="00C37624" w:rsidRDefault="00A34D64">
      <w:r>
        <w:t>Chapter 20 gives Zantar something he has rarely had since the destruction of the tower: silence and time to think. He carries Zoona's amulet and the pain of her apparent death, while Lyra understands that some burde</w:t>
      </w:r>
      <w:r>
        <w:t>ns cannot simply be removed by another person.</w:t>
      </w:r>
    </w:p>
    <w:p w:rsidR="00C37624" w:rsidRDefault="00A34D64">
      <w:r>
        <w:rPr>
          <w:b/>
        </w:rPr>
        <w:t xml:space="preserve">Teaching progression: </w:t>
      </w:r>
      <w:r>
        <w:t>Grief → Curiosity → Discovery → Uncertainty → Reconsideration</w:t>
      </w:r>
    </w:p>
    <w:p w:rsidR="00C37624" w:rsidRDefault="00A34D64">
      <w:pPr>
        <w:spacing w:before="140" w:after="60"/>
      </w:pPr>
      <w:r>
        <w:rPr>
          <w:b/>
          <w:sz w:val="24"/>
        </w:rPr>
        <w:t>Essential Questions</w:t>
      </w:r>
    </w:p>
    <w:p w:rsidR="00C37624" w:rsidRDefault="00A34D64">
      <w:pPr>
        <w:pStyle w:val="ListBullet"/>
        <w:spacing w:after="60"/>
        <w:ind w:left="0"/>
      </w:pPr>
      <w:r>
        <w:t>Are the greatest dangers always outside us—or can they come from within?</w:t>
      </w:r>
    </w:p>
    <w:p w:rsidR="00C37624" w:rsidRDefault="00A34D64">
      <w:pPr>
        <w:pStyle w:val="ListBullet"/>
        <w:spacing w:after="60"/>
        <w:ind w:left="0"/>
      </w:pPr>
      <w:r>
        <w:t>How should we react when new evi</w:t>
      </w:r>
      <w:r>
        <w:t>dence challenges something we have always believed?</w:t>
      </w:r>
    </w:p>
    <w:p w:rsidR="00C37624" w:rsidRDefault="00A34D64">
      <w:pPr>
        <w:pStyle w:val="ListBullet"/>
        <w:spacing w:after="60"/>
        <w:ind w:left="0"/>
      </w:pPr>
      <w:r>
        <w:t>Can history be accurate and still incomplete?</w:t>
      </w:r>
    </w:p>
    <w:p w:rsidR="00C37624" w:rsidRDefault="00A34D64">
      <w:pPr>
        <w:pStyle w:val="ListBullet"/>
        <w:spacing w:after="60"/>
        <w:ind w:left="0"/>
      </w:pPr>
      <w:r>
        <w:t>Can curiosity be courageous and dangerous at the same time?</w:t>
      </w:r>
    </w:p>
    <w:p w:rsidR="00C37624" w:rsidRDefault="00A34D64">
      <w:pPr>
        <w:spacing w:before="140" w:after="60"/>
      </w:pPr>
      <w:r>
        <w:rPr>
          <w:b/>
          <w:sz w:val="24"/>
        </w:rPr>
        <w:t>Key Teaching Points</w:t>
      </w:r>
    </w:p>
    <w:p w:rsidR="00C37624" w:rsidRDefault="00A34D64">
      <w:pPr>
        <w:spacing w:after="40"/>
      </w:pPr>
      <w:r>
        <w:rPr>
          <w:b/>
        </w:rPr>
        <w:t>Some Burdens Cannot Be Removed</w:t>
      </w:r>
    </w:p>
    <w:p w:rsidR="00C37624" w:rsidRDefault="00A34D64">
      <w:pPr>
        <w:spacing w:after="80"/>
        <w:ind w:left="259"/>
      </w:pPr>
      <w:r>
        <w:t xml:space="preserve">Lyra watches Zantar grieve but does not </w:t>
      </w:r>
      <w:r>
        <w:t>interrupt him. She understands that some burdens cannot be shared away; they simply have to be carried.</w:t>
      </w:r>
    </w:p>
    <w:p w:rsidR="00C37624" w:rsidRDefault="00A34D64">
      <w:pPr>
        <w:spacing w:after="40"/>
      </w:pPr>
      <w:r>
        <w:rPr>
          <w:b/>
        </w:rPr>
        <w:t>Curiosity Returns</w:t>
      </w:r>
    </w:p>
    <w:p w:rsidR="00C37624" w:rsidRDefault="00A34D64">
      <w:pPr>
        <w:spacing w:after="80"/>
        <w:ind w:left="259"/>
      </w:pPr>
      <w:r>
        <w:t>The blue birds appear to guide Zantar and Lyra toward an ancient road. Zantar chooses to follow, joking that Nalandar would approve of</w:t>
      </w:r>
      <w:r>
        <w:t xml:space="preserve"> seeing where curiosity leads them.</w:t>
      </w:r>
    </w:p>
    <w:p w:rsidR="00C37624" w:rsidRDefault="00A34D64">
      <w:pPr>
        <w:spacing w:before="140" w:after="60"/>
      </w:pPr>
      <w:r>
        <w:rPr>
          <w:b/>
          <w:sz w:val="24"/>
        </w:rPr>
        <w:t>Student Booklet Match — Recommended Selections</w:t>
      </w:r>
    </w:p>
    <w:p w:rsidR="00C37624" w:rsidRDefault="00A34D64">
      <w:pPr>
        <w:pStyle w:val="ListBullet"/>
        <w:spacing w:after="60"/>
        <w:ind w:left="0"/>
      </w:pPr>
      <w:r>
        <w:t>1. What memories return to Zantar as he holds Zoona's blue amulet? Why does the amulet now represent more than simply an object his mother once owned?</w:t>
      </w:r>
    </w:p>
    <w:p w:rsidR="00C37624" w:rsidRDefault="00A34D64">
      <w:pPr>
        <w:pStyle w:val="ListBullet"/>
        <w:spacing w:after="60"/>
        <w:ind w:left="0"/>
      </w:pPr>
      <w:r>
        <w:t>3. What happens when Z</w:t>
      </w:r>
      <w:r>
        <w:t>antar approaches the crystal basin in the ruined sanctuary? What connection appears to exist between the basin and Zoona's amulet?</w:t>
      </w:r>
    </w:p>
    <w:p w:rsidR="00C37624" w:rsidRDefault="00A34D64">
      <w:pPr>
        <w:pStyle w:val="ListBullet"/>
        <w:spacing w:after="60"/>
        <w:ind w:left="0"/>
      </w:pPr>
      <w:r>
        <w:t xml:space="preserve">5. What does Zantar finally admit frightens him more than Amhor or death itself? Why does Lyra believe the fact that he asks </w:t>
      </w:r>
      <w:r>
        <w:t>this question is important?</w:t>
      </w:r>
    </w:p>
    <w:p w:rsidR="00C37624" w:rsidRDefault="00A34D64">
      <w:pPr>
        <w:spacing w:before="140" w:after="60"/>
      </w:pPr>
      <w:r>
        <w:rPr>
          <w:b/>
          <w:sz w:val="24"/>
        </w:rPr>
        <w:t>Quick Assessment</w:t>
      </w:r>
    </w:p>
    <w:p w:rsidR="00C37624" w:rsidRDefault="00A34D64">
      <w:r>
        <w:t>Ask students to complete: Something I believed could change if... They may answer hypothetically rather than personally.</w:t>
      </w:r>
    </w:p>
    <w:p w:rsidR="00C37624" w:rsidRDefault="00A34D64">
      <w:pPr>
        <w:spacing w:before="140" w:after="60"/>
      </w:pPr>
      <w:r>
        <w:rPr>
          <w:b/>
          <w:sz w:val="24"/>
        </w:rPr>
        <w:t>If You Teach Only One Idea</w:t>
      </w:r>
    </w:p>
    <w:p w:rsidR="00C37624" w:rsidRDefault="00A34D64">
      <w:r>
        <w:t xml:space="preserve">How willing are you to discover that something you believe may </w:t>
      </w:r>
      <w:r>
        <w:t>be incomplete? This is harder than it sounds.</w:t>
      </w:r>
    </w:p>
    <w:p w:rsidR="00C37624" w:rsidRDefault="00A34D64">
      <w:r>
        <w:br w:type="page"/>
      </w:r>
    </w:p>
    <w:p w:rsidR="00C37624" w:rsidRDefault="00A34D64">
      <w:pPr>
        <w:keepNext/>
        <w:pageBreakBefore/>
        <w:jc w:val="center"/>
      </w:pPr>
      <w:r>
        <w:rPr>
          <w:b/>
          <w:sz w:val="32"/>
        </w:rPr>
        <w:lastRenderedPageBreak/>
        <w:t>Teacher’s Guide — Chapter 21</w:t>
      </w:r>
    </w:p>
    <w:p w:rsidR="00C37624" w:rsidRDefault="00A34D64">
      <w:pPr>
        <w:keepNext/>
        <w:jc w:val="center"/>
      </w:pPr>
      <w:r>
        <w:rPr>
          <w:b/>
          <w:sz w:val="28"/>
        </w:rPr>
        <w:t>Identity and Transformation</w:t>
      </w:r>
    </w:p>
    <w:p w:rsidR="00C37624" w:rsidRDefault="00A34D64">
      <w:pPr>
        <w:spacing w:before="140" w:after="60"/>
      </w:pPr>
      <w:r>
        <w:rPr>
          <w:b/>
          <w:sz w:val="24"/>
        </w:rPr>
        <w:t>Chapter Focus</w:t>
      </w:r>
    </w:p>
    <w:p w:rsidR="00C37624" w:rsidRDefault="00A34D64">
      <w:r>
        <w:t xml:space="preserve">Chapter 21 forces Zantar to confront one of the most difficult changes in his thinking so far. Looking down upon Rakshasa, he expects to </w:t>
      </w:r>
      <w:r>
        <w:t>see the home of monsters.</w:t>
      </w:r>
    </w:p>
    <w:p w:rsidR="00C37624" w:rsidRDefault="00A34D64">
      <w:r>
        <w:rPr>
          <w:b/>
        </w:rPr>
        <w:t xml:space="preserve">Teaching progression: </w:t>
      </w:r>
      <w:r>
        <w:t>Assumption → Observation → Understanding → Empathy → Transformation</w:t>
      </w:r>
    </w:p>
    <w:p w:rsidR="00C37624" w:rsidRDefault="00A34D64">
      <w:pPr>
        <w:spacing w:before="140" w:after="60"/>
      </w:pPr>
      <w:r>
        <w:rPr>
          <w:b/>
          <w:sz w:val="24"/>
        </w:rPr>
        <w:t>Essential Questions</w:t>
      </w:r>
    </w:p>
    <w:p w:rsidR="00C37624" w:rsidRDefault="00A34D64">
      <w:pPr>
        <w:pStyle w:val="ListBullet"/>
        <w:spacing w:after="60"/>
        <w:ind w:left="0"/>
      </w:pPr>
      <w:r>
        <w:t>What happens when someone you have always considered an enemy begins to look like you?</w:t>
      </w:r>
    </w:p>
    <w:p w:rsidR="00C37624" w:rsidRDefault="00A34D64">
      <w:pPr>
        <w:pStyle w:val="ListBullet"/>
        <w:spacing w:after="60"/>
        <w:ind w:left="0"/>
      </w:pPr>
      <w:r>
        <w:t>Can you understand another person</w:t>
      </w:r>
      <w:r>
        <w:t xml:space="preserve"> without agreeing with what they do?</w:t>
      </w:r>
    </w:p>
    <w:p w:rsidR="00C37624" w:rsidRDefault="00A34D64">
      <w:pPr>
        <w:pStyle w:val="ListBullet"/>
        <w:spacing w:after="60"/>
        <w:ind w:left="0"/>
      </w:pPr>
      <w:r>
        <w:t>How much of our identity comes from what we have been told about other people?</w:t>
      </w:r>
    </w:p>
    <w:p w:rsidR="00C37624" w:rsidRDefault="00A34D64">
      <w:pPr>
        <w:pStyle w:val="ListBullet"/>
        <w:spacing w:after="60"/>
        <w:ind w:left="0"/>
      </w:pPr>
      <w:r>
        <w:t>Can changing your mind be evidence of strength rather than weakness?</w:t>
      </w:r>
    </w:p>
    <w:p w:rsidR="00C37624" w:rsidRDefault="00A34D64">
      <w:pPr>
        <w:spacing w:before="140" w:after="60"/>
      </w:pPr>
      <w:r>
        <w:rPr>
          <w:b/>
          <w:sz w:val="24"/>
        </w:rPr>
        <w:t>Key Teaching Points</w:t>
      </w:r>
    </w:p>
    <w:p w:rsidR="00C37624" w:rsidRDefault="00A34D64">
      <w:pPr>
        <w:spacing w:after="40"/>
      </w:pPr>
      <w:r>
        <w:rPr>
          <w:b/>
        </w:rPr>
        <w:t>“They Are People”</w:t>
      </w:r>
    </w:p>
    <w:p w:rsidR="00C37624" w:rsidRDefault="00A34D64">
      <w:pPr>
        <w:spacing w:after="80"/>
        <w:ind w:left="259"/>
      </w:pPr>
      <w:r>
        <w:t xml:space="preserve">This may be one of Zantar's most </w:t>
      </w:r>
      <w:r>
        <w:t>important realizations in the novel. Looking at Rakshasa, he tells Lyra that the Ikts are no longer simply enemies.</w:t>
      </w:r>
    </w:p>
    <w:p w:rsidR="00C37624" w:rsidRDefault="00A34D64">
      <w:pPr>
        <w:spacing w:after="40"/>
      </w:pPr>
      <w:r>
        <w:rPr>
          <w:b/>
        </w:rPr>
        <w:t>Observe Before You Judge</w:t>
      </w:r>
    </w:p>
    <w:p w:rsidR="00C37624" w:rsidRDefault="00A34D64">
      <w:pPr>
        <w:spacing w:after="80"/>
        <w:ind w:left="259"/>
      </w:pPr>
      <w:r>
        <w:t>Inside Rakshasa, Zantar deliberately reminds himself: Observe. Not judge.</w:t>
      </w:r>
    </w:p>
    <w:p w:rsidR="00C37624" w:rsidRDefault="00A34D64">
      <w:pPr>
        <w:spacing w:before="140" w:after="60"/>
      </w:pPr>
      <w:r>
        <w:rPr>
          <w:b/>
          <w:sz w:val="24"/>
        </w:rPr>
        <w:t>Student Booklet Match — Recommended Selec</w:t>
      </w:r>
      <w:r>
        <w:rPr>
          <w:b/>
          <w:sz w:val="24"/>
        </w:rPr>
        <w:t>tions</w:t>
      </w:r>
    </w:p>
    <w:p w:rsidR="00C37624" w:rsidRDefault="00A34D64">
      <w:pPr>
        <w:pStyle w:val="ListBullet"/>
        <w:spacing w:after="60"/>
        <w:ind w:left="0"/>
      </w:pPr>
      <w:r>
        <w:t>1. What surprises Zantar when he first looks down upon Rakshasa? Why does seeing ordinary Ikt families disturb his previous understanding of the enemy?</w:t>
      </w:r>
    </w:p>
    <w:p w:rsidR="00C37624" w:rsidRDefault="00A34D64">
      <w:pPr>
        <w:pStyle w:val="ListBullet"/>
        <w:spacing w:after="60"/>
        <w:ind w:left="0"/>
      </w:pPr>
      <w:r>
        <w:t>3. How do Zantar and Lyra enter Rakshasa? What mistake nearly exposes them at the gate?</w:t>
      </w:r>
    </w:p>
    <w:p w:rsidR="00C37624" w:rsidRDefault="00A34D64">
      <w:pPr>
        <w:pStyle w:val="ListBullet"/>
        <w:spacing w:after="60"/>
        <w:ind w:left="0"/>
      </w:pPr>
      <w:r>
        <w:t xml:space="preserve">5. By the </w:t>
      </w:r>
      <w:r>
        <w:t>end of the chapter, how has Zantar's motivation changed from revenge toward something larger?</w:t>
      </w:r>
    </w:p>
    <w:p w:rsidR="00C37624" w:rsidRDefault="00A34D64">
      <w:pPr>
        <w:spacing w:before="140" w:after="60"/>
      </w:pPr>
      <w:r>
        <w:rPr>
          <w:b/>
          <w:sz w:val="24"/>
        </w:rPr>
        <w:t>Quick Assessment</w:t>
      </w:r>
    </w:p>
    <w:p w:rsidR="00C37624" w:rsidRDefault="00A34D64">
      <w:r>
        <w:t>Ask students to complete: Understanding someone does not necessarily mean ________. It can mean ________.</w:t>
      </w:r>
    </w:p>
    <w:p w:rsidR="00C37624" w:rsidRDefault="00A34D64">
      <w:pPr>
        <w:spacing w:before="140" w:after="60"/>
      </w:pPr>
      <w:r>
        <w:rPr>
          <w:b/>
          <w:sz w:val="24"/>
        </w:rPr>
        <w:t>If You Teach Only One Idea</w:t>
      </w:r>
    </w:p>
    <w:p w:rsidR="00C37624" w:rsidRDefault="00A34D64">
      <w:r>
        <w:t>Can you chan</w:t>
      </w:r>
      <w:r>
        <w:t>ge your understanding of someone without abandoning your own values? This is an important distinction.</w:t>
      </w:r>
    </w:p>
    <w:p w:rsidR="00C37624" w:rsidRDefault="00A34D64">
      <w:r>
        <w:br w:type="page"/>
      </w:r>
    </w:p>
    <w:p w:rsidR="00C37624" w:rsidRDefault="00A34D64">
      <w:pPr>
        <w:keepNext/>
        <w:pageBreakBefore/>
        <w:jc w:val="center"/>
      </w:pPr>
      <w:r>
        <w:rPr>
          <w:b/>
          <w:sz w:val="32"/>
        </w:rPr>
        <w:lastRenderedPageBreak/>
        <w:t>Teacher’s Guide — Chapter 22</w:t>
      </w:r>
    </w:p>
    <w:p w:rsidR="00C37624" w:rsidRDefault="00A34D64">
      <w:pPr>
        <w:keepNext/>
        <w:jc w:val="center"/>
      </w:pPr>
      <w:r>
        <w:rPr>
          <w:b/>
          <w:sz w:val="28"/>
        </w:rPr>
        <w:t>The Quiet Weight of Courage</w:t>
      </w:r>
    </w:p>
    <w:p w:rsidR="00C37624" w:rsidRDefault="00A34D64">
      <w:pPr>
        <w:spacing w:before="140" w:after="60"/>
      </w:pPr>
      <w:r>
        <w:rPr>
          <w:b/>
          <w:sz w:val="24"/>
        </w:rPr>
        <w:t>Chapter Focus</w:t>
      </w:r>
    </w:p>
    <w:p w:rsidR="00C37624" w:rsidRDefault="00A34D64">
      <w:r>
        <w:t>Chapter 22 deepens one of the novel’s central transformations: Zantar can no lon</w:t>
      </w:r>
      <w:r>
        <w:t>ger comfortably divide the world into good and evil, Eerian and Ikt, light and darkness. From the window of the Sleeping Serpent, he watches Ikt families begin an ordinary morning—parents chasing children, merchants working, neighbours arguing and laughing</w:t>
      </w:r>
      <w:r>
        <w:t>.</w:t>
      </w:r>
    </w:p>
    <w:p w:rsidR="00C37624" w:rsidRDefault="00A34D64">
      <w:r>
        <w:rPr>
          <w:b/>
        </w:rPr>
        <w:t xml:space="preserve">Teaching progression: </w:t>
      </w:r>
      <w:r>
        <w:t>Fear → Recognition → Empathy → Conscience → Courage</w:t>
      </w:r>
    </w:p>
    <w:p w:rsidR="00C37624" w:rsidRDefault="00A34D64">
      <w:pPr>
        <w:spacing w:before="140" w:after="60"/>
      </w:pPr>
      <w:r>
        <w:rPr>
          <w:b/>
          <w:sz w:val="24"/>
        </w:rPr>
        <w:t>Essential Questions</w:t>
      </w:r>
    </w:p>
    <w:p w:rsidR="00C37624" w:rsidRDefault="00A34D64">
      <w:pPr>
        <w:pStyle w:val="ListBullet"/>
        <w:spacing w:after="60"/>
        <w:ind w:left="0"/>
      </w:pPr>
      <w:r>
        <w:t>Is courage the absence of fear—or what we choose to do while afraid?</w:t>
      </w:r>
    </w:p>
    <w:p w:rsidR="00C37624" w:rsidRDefault="00A34D64">
      <w:pPr>
        <w:pStyle w:val="ListBullet"/>
        <w:spacing w:after="60"/>
        <w:ind w:left="0"/>
      </w:pPr>
      <w:r>
        <w:t>Does recognizing the humanity of an enemy make you weaker or morally stronger?</w:t>
      </w:r>
    </w:p>
    <w:p w:rsidR="00C37624" w:rsidRDefault="00A34D64">
      <w:pPr>
        <w:pStyle w:val="ListBullet"/>
        <w:spacing w:after="60"/>
        <w:ind w:left="0"/>
      </w:pPr>
      <w:r>
        <w:t>When does ob</w:t>
      </w:r>
      <w:r>
        <w:t>edience stop being loyalty and become complicity?</w:t>
      </w:r>
    </w:p>
    <w:p w:rsidR="00C37624" w:rsidRDefault="00A34D64">
      <w:pPr>
        <w:pStyle w:val="ListBullet"/>
        <w:spacing w:after="60"/>
        <w:ind w:left="0"/>
      </w:pPr>
      <w:r>
        <w:t>Can questioning someone you respect or fear be an act of courage?</w:t>
      </w:r>
    </w:p>
    <w:p w:rsidR="00C37624" w:rsidRDefault="00A34D64">
      <w:pPr>
        <w:spacing w:before="140" w:after="60"/>
      </w:pPr>
      <w:r>
        <w:rPr>
          <w:b/>
          <w:sz w:val="24"/>
        </w:rPr>
        <w:t>Key Teaching Points</w:t>
      </w:r>
    </w:p>
    <w:p w:rsidR="00C37624" w:rsidRDefault="00A34D64">
      <w:pPr>
        <w:spacing w:after="40"/>
      </w:pPr>
      <w:r>
        <w:rPr>
          <w:b/>
        </w:rPr>
        <w:t>“It’s Easier to Fight Monsters”</w:t>
      </w:r>
    </w:p>
    <w:p w:rsidR="00C37624" w:rsidRDefault="00A34D64">
      <w:pPr>
        <w:spacing w:after="80"/>
        <w:ind w:left="259"/>
      </w:pPr>
      <w:r>
        <w:t>Zantar says exactly what his experience in Rakshasa has taught him: “Because it’s easier</w:t>
      </w:r>
      <w:r>
        <w:t xml:space="preserve"> to fight monsters.”</w:t>
      </w:r>
    </w:p>
    <w:p w:rsidR="00C37624" w:rsidRDefault="00A34D64">
      <w:pPr>
        <w:spacing w:after="40"/>
      </w:pPr>
      <w:r>
        <w:rPr>
          <w:b/>
        </w:rPr>
        <w:t>“The Uniforms Changed. The Grief Did Not.”</w:t>
      </w:r>
    </w:p>
    <w:p w:rsidR="00C37624" w:rsidRDefault="00A34D64">
      <w:pPr>
        <w:spacing w:after="80"/>
        <w:ind w:left="259"/>
      </w:pPr>
      <w:r>
        <w:t>At the market, Zantar and Lyra meet an Ikt merchant whose nephew died in the attack on Anima. The merchant describes him simply:</w:t>
      </w:r>
    </w:p>
    <w:p w:rsidR="00C37624" w:rsidRDefault="00A34D64">
      <w:pPr>
        <w:spacing w:before="140" w:after="60"/>
      </w:pPr>
      <w:r>
        <w:rPr>
          <w:b/>
          <w:sz w:val="24"/>
        </w:rPr>
        <w:t>Student Booklet Match — Recommended Selections</w:t>
      </w:r>
    </w:p>
    <w:p w:rsidR="00C37624" w:rsidRDefault="00A34D64">
      <w:pPr>
        <w:pStyle w:val="ListBullet"/>
        <w:spacing w:after="60"/>
        <w:ind w:left="0"/>
      </w:pPr>
      <w:r>
        <w:t>1. Why does ordi</w:t>
      </w:r>
      <w:r>
        <w:t>nary life in Rakshasa make Zantar's mission more difficult? What does he mean when he says it is easier to fight monsters than people?</w:t>
      </w:r>
    </w:p>
    <w:p w:rsidR="00C37624" w:rsidRDefault="00A34D64">
      <w:pPr>
        <w:pStyle w:val="ListBullet"/>
        <w:spacing w:after="60"/>
        <w:ind w:left="0"/>
      </w:pPr>
      <w:r>
        <w:t>3. Why is Liza surprised that Amhor does not punish him for failing to capture Anima? What does Amhor reveal about the tr</w:t>
      </w:r>
      <w:r>
        <w:t>ue purpose of the invasion?</w:t>
      </w:r>
    </w:p>
    <w:p w:rsidR="00C37624" w:rsidRDefault="00A34D64">
      <w:pPr>
        <w:pStyle w:val="ListBullet"/>
        <w:spacing w:after="60"/>
        <w:ind w:left="0"/>
      </w:pPr>
      <w:r>
        <w:t>5. How do Zantar and Lyra finally realize that Zoona's sapphire amulet may be the missing piece of Nalandar's device?</w:t>
      </w:r>
    </w:p>
    <w:p w:rsidR="00C37624" w:rsidRDefault="00A34D64">
      <w:pPr>
        <w:spacing w:before="140" w:after="60"/>
      </w:pPr>
      <w:r>
        <w:rPr>
          <w:b/>
          <w:sz w:val="24"/>
        </w:rPr>
        <w:t>Quick Assessment</w:t>
      </w:r>
    </w:p>
    <w:p w:rsidR="00C37624" w:rsidRDefault="00A34D64">
      <w:r>
        <w:t>Ask students to complete: Courage does not require me to be unafraid. Courage may mean...</w:t>
      </w:r>
    </w:p>
    <w:p w:rsidR="00C37624" w:rsidRDefault="00A34D64">
      <w:pPr>
        <w:spacing w:before="140" w:after="60"/>
      </w:pPr>
      <w:r>
        <w:rPr>
          <w:b/>
          <w:sz w:val="24"/>
        </w:rPr>
        <w:t xml:space="preserve">If </w:t>
      </w:r>
      <w:r>
        <w:rPr>
          <w:b/>
          <w:sz w:val="24"/>
        </w:rPr>
        <w:t>You Teach Only One Idea</w:t>
      </w:r>
    </w:p>
    <w:p w:rsidR="00C37624" w:rsidRDefault="00A34D64">
      <w:r>
        <w:t>What does courage look like when nobody is cheering? There are obvious forms of courage.</w:t>
      </w:r>
    </w:p>
    <w:p w:rsidR="00C37624" w:rsidRDefault="00A34D64">
      <w:r>
        <w:br w:type="page"/>
      </w:r>
    </w:p>
    <w:p w:rsidR="00C37624" w:rsidRDefault="00A34D64">
      <w:pPr>
        <w:keepNext/>
        <w:pageBreakBefore/>
        <w:jc w:val="center"/>
      </w:pPr>
      <w:r>
        <w:rPr>
          <w:b/>
          <w:sz w:val="32"/>
        </w:rPr>
        <w:lastRenderedPageBreak/>
        <w:t>Teacher’s Guide — Chapter 23</w:t>
      </w:r>
    </w:p>
    <w:p w:rsidR="00C37624" w:rsidRDefault="00A34D64">
      <w:pPr>
        <w:keepNext/>
        <w:jc w:val="center"/>
      </w:pPr>
      <w:r>
        <w:rPr>
          <w:b/>
          <w:sz w:val="28"/>
        </w:rPr>
        <w:t>The Path Remembers</w:t>
      </w:r>
    </w:p>
    <w:p w:rsidR="00C37624" w:rsidRDefault="00A34D64">
      <w:pPr>
        <w:spacing w:before="140" w:after="60"/>
      </w:pPr>
      <w:r>
        <w:rPr>
          <w:b/>
          <w:sz w:val="24"/>
        </w:rPr>
        <w:t>Chapter Focus</w:t>
      </w:r>
    </w:p>
    <w:p w:rsidR="00C37624" w:rsidRDefault="00A34D64">
      <w:r>
        <w:t>Chapter 23 moves deeply into the philosophical heart of The Fractured Path. Zan</w:t>
      </w:r>
      <w:r>
        <w:t>tar and Lyra enter the Keepers' library expecting answers, but discover something more valuable: better questions.</w:t>
      </w:r>
    </w:p>
    <w:p w:rsidR="00C37624" w:rsidRDefault="00A34D64">
      <w:r>
        <w:rPr>
          <w:b/>
        </w:rPr>
        <w:t xml:space="preserve">Teaching progression: </w:t>
      </w:r>
      <w:r>
        <w:t>Questions → Truth → Reconsideration → Wisdom → Transformation</w:t>
      </w:r>
    </w:p>
    <w:p w:rsidR="00C37624" w:rsidRDefault="00A34D64">
      <w:pPr>
        <w:spacing w:before="140" w:after="60"/>
      </w:pPr>
      <w:r>
        <w:rPr>
          <w:b/>
          <w:sz w:val="24"/>
        </w:rPr>
        <w:t>Essential Questions</w:t>
      </w:r>
    </w:p>
    <w:p w:rsidR="00C37624" w:rsidRDefault="00A34D64">
      <w:pPr>
        <w:pStyle w:val="ListBullet"/>
        <w:spacing w:after="60"/>
        <w:ind w:left="0"/>
      </w:pPr>
      <w:r>
        <w:t>Do you seek truth—or evidence confirm</w:t>
      </w:r>
      <w:r>
        <w:t>ing what you already believe?</w:t>
      </w:r>
    </w:p>
    <w:p w:rsidR="00C37624" w:rsidRDefault="00A34D64">
      <w:pPr>
        <w:pStyle w:val="ListBullet"/>
        <w:spacing w:after="60"/>
        <w:ind w:left="0"/>
      </w:pPr>
      <w:r>
        <w:t>If new evidence challenges something you have believed your entire life, are you willing to change?</w:t>
      </w:r>
    </w:p>
    <w:p w:rsidR="00C37624" w:rsidRDefault="00A34D64">
      <w:pPr>
        <w:pStyle w:val="ListBullet"/>
        <w:spacing w:after="60"/>
        <w:ind w:left="0"/>
      </w:pPr>
      <w:r>
        <w:t>Who decides which parts of history are important enough to remember?</w:t>
      </w:r>
    </w:p>
    <w:p w:rsidR="00C37624" w:rsidRDefault="00A34D64">
      <w:pPr>
        <w:pStyle w:val="ListBullet"/>
        <w:spacing w:after="60"/>
        <w:ind w:left="0"/>
      </w:pPr>
      <w:r>
        <w:t>What is the difference between knowledge and wisdom?</w:t>
      </w:r>
    </w:p>
    <w:p w:rsidR="00C37624" w:rsidRDefault="00A34D64">
      <w:pPr>
        <w:spacing w:before="140" w:after="60"/>
      </w:pPr>
      <w:r>
        <w:rPr>
          <w:b/>
          <w:sz w:val="24"/>
        </w:rPr>
        <w:t xml:space="preserve">Key </w:t>
      </w:r>
      <w:r>
        <w:rPr>
          <w:b/>
          <w:sz w:val="24"/>
        </w:rPr>
        <w:t>Teaching Points</w:t>
      </w:r>
    </w:p>
    <w:p w:rsidR="00C37624" w:rsidRDefault="00A34D64">
      <w:pPr>
        <w:spacing w:after="40"/>
      </w:pPr>
      <w:r>
        <w:rPr>
          <w:b/>
        </w:rPr>
        <w:t>Understanding Begins With Questions</w:t>
      </w:r>
    </w:p>
    <w:p w:rsidR="00C37624" w:rsidRDefault="00A34D64">
      <w:pPr>
        <w:spacing w:after="80"/>
        <w:ind w:left="259"/>
      </w:pPr>
      <w:r>
        <w:t>Zantar tells Old Bren that there is too much he does not understand. Bren calls that “a good beginning.”</w:t>
      </w:r>
    </w:p>
    <w:p w:rsidR="00C37624" w:rsidRDefault="00A34D64">
      <w:pPr>
        <w:spacing w:after="40"/>
      </w:pPr>
      <w:r>
        <w:rPr>
          <w:b/>
        </w:rPr>
        <w:t>Knowledge or Confirmation?</w:t>
      </w:r>
    </w:p>
    <w:p w:rsidR="00C37624" w:rsidRDefault="00A34D64">
      <w:pPr>
        <w:spacing w:after="80"/>
        <w:ind w:left="259"/>
      </w:pPr>
      <w:r>
        <w:t>Above the monastery entrance is written: “Truth belongs to those willing</w:t>
      </w:r>
      <w:r>
        <w:t xml:space="preserve"> to be changed by it.”</w:t>
      </w:r>
    </w:p>
    <w:p w:rsidR="00C37624" w:rsidRDefault="00A34D64">
      <w:pPr>
        <w:spacing w:before="140" w:after="60"/>
      </w:pPr>
      <w:r>
        <w:rPr>
          <w:b/>
          <w:sz w:val="24"/>
        </w:rPr>
        <w:t>Student Booklet Match — Recommended Selections</w:t>
      </w:r>
    </w:p>
    <w:p w:rsidR="00C37624" w:rsidRDefault="00A34D64">
      <w:pPr>
        <w:pStyle w:val="ListBullet"/>
        <w:spacing w:after="60"/>
        <w:ind w:left="0"/>
      </w:pPr>
      <w:r>
        <w:t>1. What does Old Bren mean when he tells Zantar that understanding begins with questions rather than answers?</w:t>
      </w:r>
    </w:p>
    <w:p w:rsidR="00C37624" w:rsidRDefault="00A34D64">
      <w:pPr>
        <w:pStyle w:val="ListBullet"/>
        <w:spacing w:after="60"/>
        <w:ind w:left="0"/>
      </w:pPr>
      <w:r>
        <w:t>3. Why does Zantar choose to leave his sword behind? What does Bren mean whe</w:t>
      </w:r>
      <w:r>
        <w:t>n he says that a sword carried everywhere eventually begins looking for reasons to be drawn?</w:t>
      </w:r>
    </w:p>
    <w:p w:rsidR="00C37624" w:rsidRDefault="00A34D64">
      <w:pPr>
        <w:pStyle w:val="ListBullet"/>
        <w:spacing w:after="60"/>
        <w:ind w:left="0"/>
      </w:pPr>
      <w:r>
        <w:t>5. What does Eamon reveal about the early relationship between Eerians and Ikts? What appears to have changed that relationship?</w:t>
      </w:r>
    </w:p>
    <w:p w:rsidR="00C37624" w:rsidRDefault="00A34D64">
      <w:pPr>
        <w:spacing w:before="140" w:after="60"/>
      </w:pPr>
      <w:r>
        <w:rPr>
          <w:b/>
          <w:sz w:val="24"/>
        </w:rPr>
        <w:t>Quick Assessment</w:t>
      </w:r>
    </w:p>
    <w:p w:rsidR="00C37624" w:rsidRDefault="00A34D64">
      <w:r>
        <w:t>Ask students to c</w:t>
      </w:r>
      <w:r>
        <w:t>omplete: Knowledge tells me ________. Wisdom helps me ________.</w:t>
      </w:r>
    </w:p>
    <w:p w:rsidR="00C37624" w:rsidRDefault="00A34D64">
      <w:pPr>
        <w:spacing w:before="140" w:after="60"/>
      </w:pPr>
      <w:r>
        <w:rPr>
          <w:b/>
          <w:sz w:val="24"/>
        </w:rPr>
        <w:t>If You Teach Only One Idea</w:t>
      </w:r>
    </w:p>
    <w:p w:rsidR="00C37624" w:rsidRDefault="00A34D64">
      <w:r>
        <w:t>Are you willing to be changed by what you learn? That question may summarize much of what we're trying to accomplish with this entire Teacher's Guide.</w:t>
      </w:r>
    </w:p>
    <w:p w:rsidR="00C37624" w:rsidRDefault="00A34D64">
      <w:r>
        <w:br w:type="page"/>
      </w:r>
    </w:p>
    <w:p w:rsidR="00C37624" w:rsidRDefault="00A34D64">
      <w:pPr>
        <w:keepNext/>
        <w:pageBreakBefore/>
        <w:jc w:val="center"/>
      </w:pPr>
      <w:r>
        <w:rPr>
          <w:b/>
          <w:sz w:val="32"/>
        </w:rPr>
        <w:lastRenderedPageBreak/>
        <w:t>Teacher’s Gu</w:t>
      </w:r>
      <w:r>
        <w:rPr>
          <w:b/>
          <w:sz w:val="32"/>
        </w:rPr>
        <w:t>ide — Chapter 24</w:t>
      </w:r>
    </w:p>
    <w:p w:rsidR="00C37624" w:rsidRDefault="00A34D64">
      <w:pPr>
        <w:keepNext/>
        <w:jc w:val="center"/>
      </w:pPr>
      <w:r>
        <w:rPr>
          <w:b/>
          <w:sz w:val="28"/>
        </w:rPr>
        <w:t>The Paths Begin to Converge</w:t>
      </w:r>
    </w:p>
    <w:p w:rsidR="00C37624" w:rsidRDefault="00A34D64">
      <w:pPr>
        <w:spacing w:before="140" w:after="60"/>
      </w:pPr>
      <w:r>
        <w:rPr>
          <w:b/>
          <w:sz w:val="24"/>
        </w:rPr>
        <w:t>Chapter Focus</w:t>
      </w:r>
    </w:p>
    <w:p w:rsidR="00C37624" w:rsidRDefault="00A34D64">
      <w:r>
        <w:t xml:space="preserve">Chapter 24 brings together many of the questions we have been developing: choice, destiny, obedience, power, identity, and responsibility. Amhor believes that every obstacle, victory and loss in </w:t>
      </w:r>
      <w:r>
        <w:t>Zantar's life has driven him toward a predetermined destination.</w:t>
      </w:r>
    </w:p>
    <w:p w:rsidR="00C37624" w:rsidRDefault="00A34D64">
      <w:r>
        <w:rPr>
          <w:b/>
        </w:rPr>
        <w:t xml:space="preserve">Teaching progression: </w:t>
      </w:r>
      <w:r>
        <w:t>Influence → Choice → Doubt → Self-examination → Agency</w:t>
      </w:r>
    </w:p>
    <w:p w:rsidR="00C37624" w:rsidRDefault="00A34D64">
      <w:pPr>
        <w:spacing w:before="140" w:after="60"/>
      </w:pPr>
      <w:r>
        <w:rPr>
          <w:b/>
          <w:sz w:val="24"/>
        </w:rPr>
        <w:t>Essential Questions</w:t>
      </w:r>
    </w:p>
    <w:p w:rsidR="00C37624" w:rsidRDefault="00A34D64">
      <w:pPr>
        <w:pStyle w:val="ListBullet"/>
        <w:spacing w:after="60"/>
        <w:ind w:left="0"/>
      </w:pPr>
      <w:r>
        <w:t>How much of your life is determined by circumstances, and how much is determined by your choic</w:t>
      </w:r>
      <w:r>
        <w:t>es?</w:t>
      </w:r>
    </w:p>
    <w:p w:rsidR="00C37624" w:rsidRDefault="00A34D64">
      <w:pPr>
        <w:pStyle w:val="ListBullet"/>
        <w:spacing w:after="60"/>
        <w:ind w:left="0"/>
      </w:pPr>
      <w:r>
        <w:t>If someone manipulates the circumstances surrounding your decision, is the decision still yours?</w:t>
      </w:r>
    </w:p>
    <w:p w:rsidR="00C37624" w:rsidRDefault="00A34D64">
      <w:pPr>
        <w:pStyle w:val="ListBullet"/>
        <w:spacing w:after="60"/>
        <w:ind w:left="0"/>
      </w:pPr>
      <w:r>
        <w:t>When does protection become control?</w:t>
      </w:r>
    </w:p>
    <w:p w:rsidR="00C37624" w:rsidRDefault="00A34D64">
      <w:pPr>
        <w:pStyle w:val="ListBullet"/>
        <w:spacing w:after="60"/>
        <w:ind w:left="0"/>
      </w:pPr>
      <w:r>
        <w:t>Can you remain loyal while questioning the person or institution you serve?</w:t>
      </w:r>
    </w:p>
    <w:p w:rsidR="00C37624" w:rsidRDefault="00A34D64">
      <w:pPr>
        <w:spacing w:before="140" w:after="60"/>
      </w:pPr>
      <w:r>
        <w:rPr>
          <w:b/>
          <w:sz w:val="24"/>
        </w:rPr>
        <w:t>Key Teaching Points</w:t>
      </w:r>
    </w:p>
    <w:p w:rsidR="00C37624" w:rsidRDefault="00A34D64">
      <w:pPr>
        <w:spacing w:after="40"/>
      </w:pPr>
      <w:r>
        <w:rPr>
          <w:b/>
        </w:rPr>
        <w:t xml:space="preserve">“Every Path Has a </w:t>
      </w:r>
      <w:r>
        <w:rPr>
          <w:b/>
        </w:rPr>
        <w:t>Destination”</w:t>
      </w:r>
    </w:p>
    <w:p w:rsidR="00C37624" w:rsidRDefault="00A34D64">
      <w:pPr>
        <w:spacing w:after="80"/>
        <w:ind w:left="259"/>
      </w:pPr>
      <w:r>
        <w:t>Amhor tells Liza that the Blood Searchers did not fail. Every obstacle, victory and loss drove Zantar forward.</w:t>
      </w:r>
    </w:p>
    <w:p w:rsidR="00C37624" w:rsidRDefault="00A34D64">
      <w:pPr>
        <w:spacing w:after="40"/>
      </w:pPr>
      <w:r>
        <w:rPr>
          <w:b/>
        </w:rPr>
        <w:t>Circumstances Influence Us—But Do They Control Us?</w:t>
      </w:r>
    </w:p>
    <w:p w:rsidR="00C37624" w:rsidRDefault="00A34D64">
      <w:pPr>
        <w:spacing w:after="80"/>
        <w:ind w:left="259"/>
      </w:pPr>
      <w:r>
        <w:t>Amhor expects Zantar to come willingly. That word matters.</w:t>
      </w:r>
    </w:p>
    <w:p w:rsidR="00C37624" w:rsidRDefault="00A34D64">
      <w:pPr>
        <w:spacing w:before="140" w:after="60"/>
      </w:pPr>
      <w:r>
        <w:rPr>
          <w:b/>
          <w:sz w:val="24"/>
        </w:rPr>
        <w:t xml:space="preserve">Student Booklet Match </w:t>
      </w:r>
      <w:r>
        <w:rPr>
          <w:b/>
          <w:sz w:val="24"/>
        </w:rPr>
        <w:t>— Recommended Selections</w:t>
      </w:r>
    </w:p>
    <w:p w:rsidR="00C37624" w:rsidRDefault="00A34D64">
      <w:pPr>
        <w:pStyle w:val="ListBullet"/>
        <w:spacing w:after="60"/>
        <w:ind w:left="0"/>
      </w:pPr>
      <w:r>
        <w:t>1. What awakens beneath Rakshasa at the beginning of the chapter? What evidence suggests that the ancient chamber predates both the Eerian and Ikt kingdoms?</w:t>
      </w:r>
    </w:p>
    <w:p w:rsidR="00C37624" w:rsidRDefault="00A34D64">
      <w:pPr>
        <w:pStyle w:val="ListBullet"/>
        <w:spacing w:after="60"/>
        <w:ind w:left="0"/>
      </w:pPr>
      <w:r>
        <w:t>3. How does Liza begin to understand that the Blood Searchers, battles, vi</w:t>
      </w:r>
      <w:r>
        <w:t>ctories, and losses may all have been used to drive Zantar forward? Why does this disturb him?</w:t>
      </w:r>
    </w:p>
    <w:p w:rsidR="00C37624" w:rsidRDefault="00A34D64">
      <w:pPr>
        <w:pStyle w:val="ListBullet"/>
        <w:spacing w:after="60"/>
        <w:ind w:left="0"/>
      </w:pPr>
      <w:r>
        <w:t>5. What strange movement does Chama report from the north? Why are the travelers unusual, and what are they apparently responding to?</w:t>
      </w:r>
    </w:p>
    <w:p w:rsidR="00C37624" w:rsidRDefault="00A34D64">
      <w:pPr>
        <w:spacing w:before="140" w:after="60"/>
      </w:pPr>
      <w:r>
        <w:rPr>
          <w:b/>
          <w:sz w:val="24"/>
        </w:rPr>
        <w:t>Quick Assessment</w:t>
      </w:r>
    </w:p>
    <w:p w:rsidR="00C37624" w:rsidRDefault="00A34D64">
      <w:r>
        <w:t>Ask studen</w:t>
      </w:r>
      <w:r>
        <w:t>ts to complete: I may not choose ________, but I can choose ________. Students do not need to reveal anything personal.</w:t>
      </w:r>
    </w:p>
    <w:p w:rsidR="00C37624" w:rsidRDefault="00A34D64">
      <w:pPr>
        <w:spacing w:before="140" w:after="60"/>
      </w:pPr>
      <w:r>
        <w:rPr>
          <w:b/>
          <w:sz w:val="24"/>
        </w:rPr>
        <w:t>If You Teach Only One Idea</w:t>
      </w:r>
    </w:p>
    <w:p w:rsidR="00C37624" w:rsidRDefault="00A34D64">
      <w:r>
        <w:t>How much of the path you're walking is actually yours? That question can stay with students for a long time.</w:t>
      </w:r>
    </w:p>
    <w:p w:rsidR="00C37624" w:rsidRDefault="00A34D64">
      <w:r>
        <w:br w:type="page"/>
      </w:r>
    </w:p>
    <w:p w:rsidR="00C37624" w:rsidRDefault="00A34D64">
      <w:pPr>
        <w:keepNext/>
        <w:pageBreakBefore/>
        <w:jc w:val="center"/>
      </w:pPr>
      <w:r>
        <w:lastRenderedPageBreak/>
        <w:t>Teacher’s Guide — Chapter 25</w:t>
      </w:r>
    </w:p>
    <w:p w:rsidR="00C37624" w:rsidRDefault="00A34D64">
      <w:pPr>
        <w:keepNext/>
        <w:jc w:val="center"/>
      </w:pPr>
      <w:r>
        <w:t>The Mountain Keeps Its Secrets</w:t>
      </w:r>
    </w:p>
    <w:p w:rsidR="00C37624" w:rsidRDefault="00A34D64">
      <w:pPr>
        <w:spacing w:before="140" w:after="60"/>
      </w:pPr>
      <w:r>
        <w:t>Chapter Focus</w:t>
      </w:r>
    </w:p>
    <w:p w:rsidR="00C37624" w:rsidRDefault="00A34D64">
      <w:r>
        <w:t>Chapter 25 brings Zantar and Lyra deeper into Rakshasa while Liza and Tellin begin noticing changes from very different positions. The mountain trembles, Zoona’s jewel reacts, unfa</w:t>
      </w:r>
      <w:r>
        <w:t>miliar Blood Searchers appear, ancient drawings challenge what the Ikts think they know about Rakshasa, and Tellin chooses information before military action.</w:t>
      </w:r>
    </w:p>
    <w:p w:rsidR="00C37624" w:rsidRDefault="00A34D64">
      <w:r>
        <w:t>Teaching progression: Observation → Uncertainty → Evidence → Responsibility → Action</w:t>
      </w:r>
    </w:p>
    <w:p w:rsidR="00C37624" w:rsidRDefault="00A34D64">
      <w:pPr>
        <w:spacing w:before="140" w:after="60"/>
      </w:pPr>
      <w:r>
        <w:t>Essential Qu</w:t>
      </w:r>
      <w:r>
        <w:t>estions</w:t>
      </w:r>
    </w:p>
    <w:p w:rsidR="00C37624" w:rsidRDefault="00A34D64">
      <w:pPr>
        <w:pStyle w:val="ListBullet"/>
        <w:spacing w:after="60"/>
        <w:ind w:left="0"/>
      </w:pPr>
      <w:r>
        <w:t>How should we respond when important evidence does not yet form a complete explanation?</w:t>
      </w:r>
    </w:p>
    <w:p w:rsidR="00C37624" w:rsidRDefault="00A34D64">
      <w:pPr>
        <w:pStyle w:val="ListBullet"/>
        <w:spacing w:after="60"/>
        <w:ind w:left="0"/>
      </w:pPr>
      <w:r>
        <w:t>Can noticing ordinary lives change the way we think about people we once saw only as enemies?</w:t>
      </w:r>
    </w:p>
    <w:p w:rsidR="00C37624" w:rsidRDefault="00A34D64">
      <w:pPr>
        <w:pStyle w:val="ListBullet"/>
        <w:spacing w:after="60"/>
        <w:ind w:left="0"/>
      </w:pPr>
      <w:r>
        <w:t>When is gathering information more responsible than acting immedia</w:t>
      </w:r>
      <w:r>
        <w:t>tely?</w:t>
      </w:r>
    </w:p>
    <w:p w:rsidR="00C37624" w:rsidRDefault="00A34D64">
      <w:pPr>
        <w:pStyle w:val="ListBullet"/>
        <w:spacing w:after="60"/>
        <w:ind w:left="0"/>
      </w:pPr>
      <w:r>
        <w:t>What happens when the history of a place is older and more complicated than its people believed?</w:t>
      </w:r>
    </w:p>
    <w:p w:rsidR="00C37624" w:rsidRDefault="00A34D64">
      <w:pPr>
        <w:spacing w:before="140" w:after="60"/>
      </w:pPr>
      <w:r>
        <w:t>Key Teaching Points</w:t>
      </w:r>
    </w:p>
    <w:p w:rsidR="00C37624" w:rsidRDefault="00A34D64">
      <w:pPr>
        <w:spacing w:after="40"/>
      </w:pPr>
      <w:r>
        <w:t>Liza Begins to See People, Not Positions</w:t>
      </w:r>
    </w:p>
    <w:p w:rsidR="00C37624" w:rsidRDefault="00A34D64">
      <w:pPr>
        <w:spacing w:after="80"/>
        <w:ind w:left="259"/>
      </w:pPr>
      <w:r>
        <w:t>From the watchtower, Liza watches merchants, families, children, and small acts of kindness.</w:t>
      </w:r>
      <w:r>
        <w:t xml:space="preserve"> He realizes that he has spent years seeing villages mainly as roads, supplies, and defensive ground. His change is not caused by a new fact alone; he is finally allowing himself to notice what was already there.</w:t>
      </w:r>
    </w:p>
    <w:p w:rsidR="00C37624" w:rsidRDefault="00A34D64">
      <w:pPr>
        <w:spacing w:after="40"/>
      </w:pPr>
      <w:r>
        <w:t>Information Before Certainty</w:t>
      </w:r>
    </w:p>
    <w:p w:rsidR="00C37624" w:rsidRDefault="00A34D64">
      <w:pPr>
        <w:spacing w:after="80"/>
        <w:ind w:left="259"/>
      </w:pPr>
      <w:r>
        <w:t>The unmarked B</w:t>
      </w:r>
      <w:r>
        <w:t>lood Searchers, the old drawings beneath Rakshasa, the changing smag movements, and the strange roads give several characters evidence without a complete answer. Liza seals the lower chamber until he knows more, while Tellin calls for reports before choosi</w:t>
      </w:r>
      <w:r>
        <w:t>ng his next move.</w:t>
      </w:r>
    </w:p>
    <w:p w:rsidR="00C37624" w:rsidRDefault="00A34D64">
      <w:pPr>
        <w:spacing w:before="140" w:after="60"/>
      </w:pPr>
      <w:r>
        <w:t>Student Booklet Match — Recommended Selections</w:t>
      </w:r>
    </w:p>
    <w:p w:rsidR="00C37624" w:rsidRDefault="00A34D64">
      <w:pPr>
        <w:pStyle w:val="ListBullet"/>
        <w:spacing w:after="60"/>
        <w:ind w:left="0"/>
      </w:pPr>
      <w:r>
        <w:t>1. What signs tell Zantar and Lyra that the mountain may be reacting to their approach?</w:t>
      </w:r>
    </w:p>
    <w:p w:rsidR="00C37624" w:rsidRDefault="00A34D64">
      <w:pPr>
        <w:pStyle w:val="ListBullet"/>
        <w:spacing w:after="60"/>
        <w:ind w:left="0"/>
      </w:pPr>
      <w:r>
        <w:t>4. What do Liza and Chama discover in the ancient drawings of Rakshasa, and why does the discovery trou</w:t>
      </w:r>
      <w:r>
        <w:t>ble them?</w:t>
      </w:r>
    </w:p>
    <w:p w:rsidR="00C37624" w:rsidRDefault="00A34D64">
      <w:pPr>
        <w:pStyle w:val="ListBullet"/>
        <w:spacing w:after="60"/>
        <w:ind w:left="0"/>
      </w:pPr>
      <w:r>
        <w:t>6. Why does Tellin say he worries about classrooms more than armies, and what does that reveal about his idea of leadership?</w:t>
      </w:r>
    </w:p>
    <w:p w:rsidR="00C37624" w:rsidRDefault="00A34D64">
      <w:pPr>
        <w:spacing w:before="140" w:after="60"/>
      </w:pPr>
      <w:r>
        <w:t>Quick Assessment</w:t>
      </w:r>
    </w:p>
    <w:p w:rsidR="00C37624" w:rsidRDefault="00A34D64">
      <w:r>
        <w:t>Ask students to complete: One character makes a responsible decision without complete certainty when ___</w:t>
      </w:r>
      <w:r>
        <w:t>_____. The evidence that supports my answer is ________.</w:t>
      </w:r>
    </w:p>
    <w:p w:rsidR="00C37624" w:rsidRDefault="00A34D64">
      <w:pPr>
        <w:spacing w:before="140" w:after="60"/>
      </w:pPr>
      <w:r>
        <w:t>If You Teach Only One Idea</w:t>
      </w:r>
    </w:p>
    <w:p w:rsidR="00C37624" w:rsidRDefault="00A34D64">
      <w:r>
        <w:t>When you do not have enough information for certainty, what is the responsible next step? Chapter 25 gives students several different answers to examine.</w:t>
      </w:r>
    </w:p>
    <w:p w:rsidR="00C37624" w:rsidRDefault="00C37624"/>
    <w:p w:rsidR="00C37624" w:rsidRDefault="00A34D64">
      <w:pPr>
        <w:keepNext/>
        <w:pageBreakBefore/>
        <w:jc w:val="center"/>
      </w:pPr>
      <w:r>
        <w:lastRenderedPageBreak/>
        <w:t>Teacher’s Guide —</w:t>
      </w:r>
      <w:r>
        <w:t xml:space="preserve"> Chapter 26</w:t>
      </w:r>
    </w:p>
    <w:p w:rsidR="00C37624" w:rsidRDefault="00A34D64">
      <w:pPr>
        <w:keepNext/>
        <w:jc w:val="center"/>
      </w:pPr>
      <w:r>
        <w:t>The Forgotten Door</w:t>
      </w:r>
    </w:p>
    <w:p w:rsidR="00C37624" w:rsidRDefault="00A34D64">
      <w:pPr>
        <w:spacing w:before="140" w:after="60"/>
      </w:pPr>
      <w:r>
        <w:t>Chapter Focus</w:t>
      </w:r>
    </w:p>
    <w:p w:rsidR="00C37624" w:rsidRDefault="00A34D64">
      <w:r>
        <w:t>Chapter 26 carries Zantar and Lyra farther into the mountain until the road opens beside an impossible underground lake. The horses hesitate, Zoona’s jewel warms, a ripple crosses the water, and a symbol divided</w:t>
      </w:r>
      <w:r>
        <w:t xml:space="preserve"> between light and darkness marks a wall that becomes a doorway. No prophecy explains what the signs mean; Zantar still has to choose whether to continue.</w:t>
      </w:r>
    </w:p>
    <w:p w:rsidR="00C37624" w:rsidRDefault="00A34D64">
      <w:r>
        <w:t>Teaching progression: Warning → Wonder → Evidence → Uncertainty → Choice</w:t>
      </w:r>
    </w:p>
    <w:p w:rsidR="00C37624" w:rsidRDefault="00A34D64">
      <w:pPr>
        <w:spacing w:before="140" w:after="60"/>
      </w:pPr>
      <w:r>
        <w:t>Essential Questions</w:t>
      </w:r>
    </w:p>
    <w:p w:rsidR="00C37624" w:rsidRDefault="00A34D64">
      <w:pPr>
        <w:pStyle w:val="ListBullet"/>
        <w:spacing w:after="60"/>
        <w:ind w:left="0"/>
      </w:pPr>
      <w:r>
        <w:t>How do w</w:t>
      </w:r>
      <w:r>
        <w:t>e separate evidence from the meaning we assign to it?</w:t>
      </w:r>
    </w:p>
    <w:p w:rsidR="00C37624" w:rsidRDefault="00A34D64">
      <w:pPr>
        <w:pStyle w:val="ListBullet"/>
        <w:spacing w:after="60"/>
        <w:ind w:left="0"/>
      </w:pPr>
      <w:r>
        <w:t>When can fear be useful information rather than weakness?</w:t>
      </w:r>
    </w:p>
    <w:p w:rsidR="00C37624" w:rsidRDefault="00A34D64">
      <w:pPr>
        <w:pStyle w:val="ListBullet"/>
        <w:spacing w:after="60"/>
        <w:ind w:left="0"/>
      </w:pPr>
      <w:r>
        <w:t>Does an opportunity opening before us mean we are meant to take it?</w:t>
      </w:r>
    </w:p>
    <w:p w:rsidR="00C37624" w:rsidRDefault="00A34D64">
      <w:pPr>
        <w:pStyle w:val="ListBullet"/>
        <w:spacing w:after="60"/>
        <w:ind w:left="0"/>
      </w:pPr>
      <w:r>
        <w:t>How should we choose when the next path may be important but cannot be prove</w:t>
      </w:r>
      <w:r>
        <w:t>n safe?</w:t>
      </w:r>
    </w:p>
    <w:p w:rsidR="00C37624" w:rsidRDefault="00A34D64">
      <w:pPr>
        <w:spacing w:before="140" w:after="60"/>
      </w:pPr>
      <w:r>
        <w:t>Key Teaching Points</w:t>
      </w:r>
    </w:p>
    <w:p w:rsidR="00C37624" w:rsidRDefault="00A34D64">
      <w:pPr>
        <w:spacing w:after="40"/>
      </w:pPr>
      <w:r>
        <w:t>The Horses Notice First</w:t>
      </w:r>
    </w:p>
    <w:p w:rsidR="00C37624" w:rsidRDefault="00A34D64">
      <w:pPr>
        <w:spacing w:after="80"/>
        <w:ind w:left="259"/>
      </w:pPr>
      <w:r>
        <w:t xml:space="preserve">Charm and Lyra’s gelding repeatedly hesitate before Zantar and Lyra fully understand the danger. Their reactions provide information, but not an explanation. This is a useful way to discuss instinct </w:t>
      </w:r>
      <w:r>
        <w:t>without treating instinct as certainty.</w:t>
      </w:r>
    </w:p>
    <w:p w:rsidR="00C37624" w:rsidRDefault="00A34D64">
      <w:pPr>
        <w:spacing w:after="40"/>
      </w:pPr>
      <w:r>
        <w:t>Evidence Is Not Instruction</w:t>
      </w:r>
    </w:p>
    <w:p w:rsidR="00C37624" w:rsidRDefault="00A34D64">
      <w:pPr>
        <w:spacing w:after="80"/>
        <w:ind w:left="259"/>
      </w:pPr>
      <w:r>
        <w:t xml:space="preserve">The jewel warms, the lake ripples, the ancient symbol returns, and the door opens. These events strongly suggest a connection, but no voice tells Zantar what to do. His answer—“Toward the </w:t>
      </w:r>
      <w:r>
        <w:t>Key”—shows that his journey is becoming a search for understanding rather than simply a pursuit of Amhor.</w:t>
      </w:r>
    </w:p>
    <w:p w:rsidR="00C37624" w:rsidRDefault="00A34D64">
      <w:pPr>
        <w:spacing w:before="140" w:after="60"/>
      </w:pPr>
      <w:r>
        <w:t>Student Booklet Match — Recommended Selections</w:t>
      </w:r>
    </w:p>
    <w:p w:rsidR="00C37624" w:rsidRDefault="00A34D64">
      <w:pPr>
        <w:pStyle w:val="ListBullet"/>
        <w:spacing w:after="60"/>
        <w:ind w:left="0"/>
      </w:pPr>
      <w:r>
        <w:t>2. What do Zantar and Lyra discover inside the mountain, and why is the perfectly still lake both beaut</w:t>
      </w:r>
      <w:r>
        <w:t>iful and unsettling?</w:t>
      </w:r>
    </w:p>
    <w:p w:rsidR="00C37624" w:rsidRDefault="00A34D64">
      <w:pPr>
        <w:pStyle w:val="ListBullet"/>
        <w:spacing w:after="60"/>
        <w:ind w:left="0"/>
      </w:pPr>
      <w:r>
        <w:t>5. How does the forgotten door open, and what role does Zoona’s jewel appear to play?</w:t>
      </w:r>
    </w:p>
    <w:p w:rsidR="00C37624" w:rsidRDefault="00A34D64">
      <w:pPr>
        <w:pStyle w:val="ListBullet"/>
        <w:spacing w:after="60"/>
        <w:ind w:left="0"/>
      </w:pPr>
      <w:r>
        <w:t>8. What is the difference between noticing evidence and being certain about what a sign means?</w:t>
      </w:r>
    </w:p>
    <w:p w:rsidR="00C37624" w:rsidRDefault="00A34D64">
      <w:pPr>
        <w:spacing w:before="140" w:after="60"/>
      </w:pPr>
      <w:r>
        <w:t>Quick Assessment</w:t>
      </w:r>
    </w:p>
    <w:p w:rsidR="00C37624" w:rsidRDefault="00A34D64">
      <w:r>
        <w:t>Ask students to complete: A sign beco</w:t>
      </w:r>
      <w:r>
        <w:t>mes useful evidence when ________, but it does not automatically prove ________.</w:t>
      </w:r>
    </w:p>
    <w:p w:rsidR="00C37624" w:rsidRDefault="00A34D64">
      <w:pPr>
        <w:spacing w:before="140" w:after="60"/>
      </w:pPr>
      <w:r>
        <w:t>If You Teach Only One Idea</w:t>
      </w:r>
    </w:p>
    <w:p w:rsidR="00C37624" w:rsidRDefault="00A34D64">
      <w:r>
        <w:t>How should a person decide what to do when the evidence matters but the meaning is still uncertain?</w:t>
      </w:r>
    </w:p>
    <w:p w:rsidR="00C37624" w:rsidRDefault="00C37624"/>
    <w:p w:rsidR="00C37624" w:rsidRDefault="00A34D64">
      <w:pPr>
        <w:keepNext/>
        <w:pageBreakBefore/>
        <w:jc w:val="center"/>
      </w:pPr>
      <w:r>
        <w:rPr>
          <w:b/>
          <w:sz w:val="32"/>
        </w:rPr>
        <w:lastRenderedPageBreak/>
        <w:t>Teacher’s Guide — Chapter 27</w:t>
      </w:r>
    </w:p>
    <w:p w:rsidR="00C37624" w:rsidRDefault="00A34D64">
      <w:pPr>
        <w:keepNext/>
        <w:jc w:val="center"/>
      </w:pPr>
      <w:r>
        <w:rPr>
          <w:b/>
          <w:sz w:val="28"/>
        </w:rPr>
        <w:t>Beyond the Veil</w:t>
      </w:r>
    </w:p>
    <w:p w:rsidR="00C37624" w:rsidRDefault="00A34D64">
      <w:pPr>
        <w:spacing w:before="140" w:after="60"/>
      </w:pPr>
      <w:r>
        <w:rPr>
          <w:b/>
          <w:sz w:val="24"/>
        </w:rPr>
        <w:t>Ch</w:t>
      </w:r>
      <w:r>
        <w:rPr>
          <w:b/>
          <w:sz w:val="24"/>
        </w:rPr>
        <w:t>apter Focus</w:t>
      </w:r>
    </w:p>
    <w:p w:rsidR="00C37624" w:rsidRDefault="00A34D64">
      <w:r>
        <w:t>Chapter 27 continues Zantar and Lyra's movement away from needing certainty. They enter a place where the familiar rules of Eera begin to shift, yet instead of immediately trying to conquer or explain the unknown, they increasingly respond with</w:t>
      </w:r>
      <w:r>
        <w:t xml:space="preserve"> attention, humility and respect.</w:t>
      </w:r>
    </w:p>
    <w:p w:rsidR="00C37624" w:rsidRDefault="00A34D64">
      <w:r>
        <w:rPr>
          <w:b/>
        </w:rPr>
        <w:t xml:space="preserve">Teaching progression: </w:t>
      </w:r>
      <w:r>
        <w:t>Stillness → Awareness → Humility → Acceptance → Transformation</w:t>
      </w:r>
    </w:p>
    <w:p w:rsidR="00C37624" w:rsidRDefault="00A34D64">
      <w:pPr>
        <w:spacing w:before="140" w:after="60"/>
      </w:pPr>
      <w:r>
        <w:rPr>
          <w:b/>
          <w:sz w:val="24"/>
        </w:rPr>
        <w:t>Essential Questions</w:t>
      </w:r>
    </w:p>
    <w:p w:rsidR="00C37624" w:rsidRDefault="00A34D64">
      <w:pPr>
        <w:pStyle w:val="ListBullet"/>
        <w:spacing w:after="60"/>
        <w:ind w:left="0"/>
      </w:pPr>
      <w:r>
        <w:t>Do we need to understand something before we can respect it?</w:t>
      </w:r>
    </w:p>
    <w:p w:rsidR="00C37624" w:rsidRDefault="00A34D64">
      <w:pPr>
        <w:pStyle w:val="ListBullet"/>
        <w:spacing w:after="60"/>
        <w:ind w:left="0"/>
      </w:pPr>
      <w:r>
        <w:t>What is the difference between looking and truly seeing?</w:t>
      </w:r>
    </w:p>
    <w:p w:rsidR="00C37624" w:rsidRDefault="00A34D64">
      <w:pPr>
        <w:pStyle w:val="ListBullet"/>
        <w:spacing w:after="60"/>
        <w:ind w:left="0"/>
      </w:pPr>
      <w:r>
        <w:t>Can uncertainty become something we accept rather than fear?</w:t>
      </w:r>
    </w:p>
    <w:p w:rsidR="00C37624" w:rsidRDefault="00A34D64">
      <w:pPr>
        <w:pStyle w:val="ListBullet"/>
        <w:spacing w:after="60"/>
        <w:ind w:left="0"/>
      </w:pPr>
      <w:r>
        <w:t>Can another person teach us wisdom, or must some understanding be discovered for ourselves?</w:t>
      </w:r>
    </w:p>
    <w:p w:rsidR="00C37624" w:rsidRDefault="00A34D64">
      <w:pPr>
        <w:spacing w:before="140" w:after="60"/>
      </w:pPr>
      <w:r>
        <w:rPr>
          <w:b/>
          <w:sz w:val="24"/>
        </w:rPr>
        <w:t>Key Teaching Points</w:t>
      </w:r>
    </w:p>
    <w:p w:rsidR="00C37624" w:rsidRDefault="00A34D64">
      <w:pPr>
        <w:spacing w:after="40"/>
      </w:pPr>
      <w:r>
        <w:rPr>
          <w:b/>
        </w:rPr>
        <w:t>Silence Is Not Emptiness</w:t>
      </w:r>
    </w:p>
    <w:p w:rsidR="00C37624" w:rsidRDefault="00A34D64">
      <w:pPr>
        <w:spacing w:after="80"/>
        <w:ind w:left="259"/>
      </w:pPr>
      <w:r>
        <w:t xml:space="preserve">Lyra admits that she once thought silence meant nothing </w:t>
      </w:r>
      <w:r>
        <w:t>was happening. Now she says:</w:t>
      </w:r>
    </w:p>
    <w:p w:rsidR="00C37624" w:rsidRDefault="00A34D64">
      <w:pPr>
        <w:spacing w:after="40"/>
      </w:pPr>
      <w:r>
        <w:rPr>
          <w:b/>
        </w:rPr>
        <w:t>Mystery Does Not Equal Failure</w:t>
      </w:r>
    </w:p>
    <w:p w:rsidR="00C37624" w:rsidRDefault="00A34D64">
      <w:pPr>
        <w:spacing w:after="80"/>
        <w:ind w:left="259"/>
      </w:pPr>
      <w:r>
        <w:t>Looking at the stars, Zantar no longer feels compelled to decide exactly what they mean. He discovers comfort in allowing mystery to remain mysterious.</w:t>
      </w:r>
    </w:p>
    <w:p w:rsidR="00C37624" w:rsidRDefault="00A34D64">
      <w:pPr>
        <w:spacing w:before="140" w:after="60"/>
      </w:pPr>
      <w:r>
        <w:rPr>
          <w:b/>
          <w:sz w:val="24"/>
        </w:rPr>
        <w:t>Student Booklet Match — Recommended Selectio</w:t>
      </w:r>
      <w:r>
        <w:rPr>
          <w:b/>
          <w:sz w:val="24"/>
        </w:rPr>
        <w:t>ns</w:t>
      </w:r>
    </w:p>
    <w:p w:rsidR="00C37624" w:rsidRDefault="00A34D64">
      <w:pPr>
        <w:pStyle w:val="ListBullet"/>
        <w:spacing w:after="60"/>
        <w:ind w:left="0"/>
      </w:pPr>
      <w:r>
        <w:t>1. What happens to the pale veins of light in the road as Charm moves through the passage? Why does Lyra say, “It knows we’re here”?</w:t>
      </w:r>
    </w:p>
    <w:p w:rsidR="00C37624" w:rsidRDefault="00A34D64">
      <w:pPr>
        <w:pStyle w:val="ListBullet"/>
        <w:spacing w:after="60"/>
        <w:ind w:left="0"/>
      </w:pPr>
      <w:r>
        <w:t xml:space="preserve">3. How does the rockfall place both travelers and horses in danger? What does their response reveal about how well they </w:t>
      </w:r>
      <w:r>
        <w:t>now work together?</w:t>
      </w:r>
    </w:p>
    <w:p w:rsidR="00C37624" w:rsidRDefault="00A34D64">
      <w:pPr>
        <w:pStyle w:val="ListBullet"/>
        <w:spacing w:after="60"/>
        <w:ind w:left="0"/>
      </w:pPr>
      <w:r>
        <w:t>5. What is unusual about the enormous silver-barked tree and its crystal-like fruit? Why do Zantar and Lyra choose not to touch it?</w:t>
      </w:r>
    </w:p>
    <w:p w:rsidR="00C37624" w:rsidRDefault="00A34D64">
      <w:pPr>
        <w:spacing w:before="140" w:after="60"/>
      </w:pPr>
      <w:r>
        <w:rPr>
          <w:b/>
          <w:sz w:val="24"/>
        </w:rPr>
        <w:t>Quick Assessment</w:t>
      </w:r>
    </w:p>
    <w:p w:rsidR="00C37624" w:rsidRDefault="00A34D64">
      <w:r>
        <w:t xml:space="preserve">Ask students to complete: I used to think strength meant ________. Now I think strength </w:t>
      </w:r>
      <w:r>
        <w:t>might also mean ________.</w:t>
      </w:r>
    </w:p>
    <w:p w:rsidR="00C37624" w:rsidRDefault="00A34D64">
      <w:pPr>
        <w:spacing w:before="140" w:after="60"/>
      </w:pPr>
      <w:r>
        <w:rPr>
          <w:b/>
          <w:sz w:val="24"/>
        </w:rPr>
        <w:t>If You Teach Only One Idea</w:t>
      </w:r>
    </w:p>
    <w:p w:rsidR="00C37624" w:rsidRDefault="00A34D64">
      <w:r>
        <w:t>Can someone give you wisdom—or can they only help you discover it? Nalandar taught Zantar.</w:t>
      </w:r>
    </w:p>
    <w:p w:rsidR="00C37624" w:rsidRDefault="00A34D64">
      <w:r>
        <w:br w:type="page"/>
      </w:r>
    </w:p>
    <w:p w:rsidR="00C37624" w:rsidRDefault="00A34D64">
      <w:pPr>
        <w:keepNext/>
        <w:pageBreakBefore/>
        <w:jc w:val="center"/>
      </w:pPr>
      <w:r>
        <w:rPr>
          <w:b/>
          <w:sz w:val="32"/>
        </w:rPr>
        <w:lastRenderedPageBreak/>
        <w:t>Teacher’s Guide — Chapter 28</w:t>
      </w:r>
    </w:p>
    <w:p w:rsidR="00C37624" w:rsidRDefault="00A34D64">
      <w:pPr>
        <w:keepNext/>
        <w:jc w:val="center"/>
      </w:pPr>
      <w:r>
        <w:rPr>
          <w:b/>
          <w:sz w:val="28"/>
        </w:rPr>
        <w:t>Discovery and Danger</w:t>
      </w:r>
    </w:p>
    <w:p w:rsidR="00C37624" w:rsidRDefault="00A34D64">
      <w:pPr>
        <w:spacing w:before="140" w:after="60"/>
      </w:pPr>
      <w:r>
        <w:rPr>
          <w:b/>
          <w:sz w:val="24"/>
        </w:rPr>
        <w:t>Chapter Focus</w:t>
      </w:r>
    </w:p>
    <w:p w:rsidR="00C37624" w:rsidRDefault="00A34D64">
      <w:r>
        <w:t>Chapter 28 rewards Zantar and Lyra's willingne</w:t>
      </w:r>
      <w:r>
        <w:t xml:space="preserve">ss to travel beyond what they understand. The mist opens onto an extraordinary forgotten world of ancient roads, silver forests, abandoned cities and Rakshasa itself—revealed not merely as a fortress or city, but an enormous black mountain seemingly alive </w:t>
      </w:r>
      <w:r>
        <w:t>with crimson energy.</w:t>
      </w:r>
    </w:p>
    <w:p w:rsidR="00C37624" w:rsidRDefault="00A34D64">
      <w:r>
        <w:rPr>
          <w:b/>
        </w:rPr>
        <w:t xml:space="preserve">Teaching progression: </w:t>
      </w:r>
      <w:r>
        <w:t>Wonder → Discovery → Uncertainty → Risk → Responsibility</w:t>
      </w:r>
    </w:p>
    <w:p w:rsidR="00C37624" w:rsidRDefault="00A34D64">
      <w:pPr>
        <w:spacing w:before="140" w:after="60"/>
      </w:pPr>
      <w:r>
        <w:rPr>
          <w:b/>
          <w:sz w:val="24"/>
        </w:rPr>
        <w:t>Essential Questions</w:t>
      </w:r>
    </w:p>
    <w:p w:rsidR="00C37624" w:rsidRDefault="00A34D64">
      <w:pPr>
        <w:pStyle w:val="ListBullet"/>
        <w:spacing w:after="60"/>
        <w:ind w:left="0"/>
      </w:pPr>
      <w:r>
        <w:t>Is discovery always progress?</w:t>
      </w:r>
    </w:p>
    <w:p w:rsidR="00C37624" w:rsidRDefault="00A34D64">
      <w:pPr>
        <w:pStyle w:val="ListBullet"/>
        <w:spacing w:after="60"/>
        <w:ind w:left="0"/>
      </w:pPr>
      <w:r>
        <w:t>How should we respond when we encounter something we do not understand?</w:t>
      </w:r>
    </w:p>
    <w:p w:rsidR="00C37624" w:rsidRDefault="00A34D64">
      <w:pPr>
        <w:pStyle w:val="ListBullet"/>
        <w:spacing w:after="60"/>
        <w:ind w:left="0"/>
      </w:pPr>
      <w:r>
        <w:t>Does knowledge create responsibili</w:t>
      </w:r>
      <w:r>
        <w:t>ty?</w:t>
      </w:r>
    </w:p>
    <w:p w:rsidR="00C37624" w:rsidRDefault="00A34D64">
      <w:pPr>
        <w:pStyle w:val="ListBullet"/>
        <w:spacing w:after="60"/>
        <w:ind w:left="0"/>
      </w:pPr>
      <w:r>
        <w:t>Can something be beautiful and dangerous at the same time?</w:t>
      </w:r>
    </w:p>
    <w:p w:rsidR="00C37624" w:rsidRDefault="00A34D64">
      <w:pPr>
        <w:spacing w:before="140" w:after="60"/>
      </w:pPr>
      <w:r>
        <w:rPr>
          <w:b/>
          <w:sz w:val="24"/>
        </w:rPr>
        <w:t>Key Teaching Points</w:t>
      </w:r>
    </w:p>
    <w:p w:rsidR="00C37624" w:rsidRDefault="00A34D64">
      <w:pPr>
        <w:spacing w:after="40"/>
      </w:pPr>
      <w:r>
        <w:rPr>
          <w:b/>
        </w:rPr>
        <w:t>Discovery Does Not Automatically Mean Understanding</w:t>
      </w:r>
    </w:p>
    <w:p w:rsidR="00C37624" w:rsidRDefault="00A34D64">
      <w:pPr>
        <w:spacing w:after="80"/>
        <w:ind w:left="259"/>
      </w:pPr>
      <w:r>
        <w:t xml:space="preserve">Zantar and Lyra see roads that may once have carried millions of travelers, statues belonging to an unknown people, </w:t>
      </w:r>
      <w:r>
        <w:t>buildings that remain pristine despite being abandoned, and symbols that respond when Lyra touches them. Their most frequent response is remarkably simple:</w:t>
      </w:r>
    </w:p>
    <w:p w:rsidR="00C37624" w:rsidRDefault="00A34D64">
      <w:pPr>
        <w:spacing w:after="40"/>
      </w:pPr>
      <w:r>
        <w:rPr>
          <w:b/>
        </w:rPr>
        <w:t>Some Truths Require Acknowledgment Before Explanation</w:t>
      </w:r>
    </w:p>
    <w:p w:rsidR="00C37624" w:rsidRDefault="00A34D64">
      <w:pPr>
        <w:spacing w:after="80"/>
        <w:ind w:left="259"/>
      </w:pPr>
      <w:r>
        <w:t>When hundreds of crimson eyes appear within Ra</w:t>
      </w:r>
      <w:r>
        <w:t>kshasa, Lyra asks whether they truly saw them. Zantar cannot explain what happened, but the narration tells us:</w:t>
      </w:r>
    </w:p>
    <w:p w:rsidR="00C37624" w:rsidRDefault="00A34D64">
      <w:pPr>
        <w:spacing w:before="140" w:after="60"/>
      </w:pPr>
      <w:r>
        <w:rPr>
          <w:b/>
          <w:sz w:val="24"/>
        </w:rPr>
        <w:t>Student Booklet Match — Recommended Selections</w:t>
      </w:r>
    </w:p>
    <w:p w:rsidR="00C37624" w:rsidRDefault="00A34D64">
      <w:pPr>
        <w:pStyle w:val="ListBullet"/>
        <w:spacing w:after="60"/>
        <w:ind w:left="0"/>
      </w:pPr>
      <w:r>
        <w:t>1. What do Zantar and Lyra discover after the white mist thins? Identify details that make the hi</w:t>
      </w:r>
      <w:r>
        <w:t>dden basin feel beautiful, ancient, and unfamiliar.</w:t>
      </w:r>
    </w:p>
    <w:p w:rsidR="00C37624" w:rsidRDefault="00A34D64">
      <w:pPr>
        <w:pStyle w:val="ListBullet"/>
        <w:spacing w:after="60"/>
        <w:ind w:left="0"/>
      </w:pPr>
      <w:r>
        <w:t>3. What happens when the road breaks beneath Charm? How does this remind the travelers that beauty and safety are not the same thing?</w:t>
      </w:r>
    </w:p>
    <w:p w:rsidR="00C37624" w:rsidRDefault="00A34D64">
      <w:pPr>
        <w:pStyle w:val="ListBullet"/>
        <w:spacing w:after="60"/>
        <w:ind w:left="0"/>
      </w:pPr>
      <w:r>
        <w:t>5. What do Zantar and Lyra notice about the white ruins, gardens, cana</w:t>
      </w:r>
      <w:r>
        <w:t>ls, and warm water? Why does the absence of people make the place more mysterious?</w:t>
      </w:r>
    </w:p>
    <w:p w:rsidR="00C37624" w:rsidRDefault="00A34D64">
      <w:pPr>
        <w:spacing w:before="140" w:after="60"/>
      </w:pPr>
      <w:r>
        <w:rPr>
          <w:b/>
          <w:sz w:val="24"/>
        </w:rPr>
        <w:t>Quick Assessment</w:t>
      </w:r>
    </w:p>
    <w:p w:rsidR="00C37624" w:rsidRDefault="00A34D64">
      <w:r>
        <w:t>Ask students to complete: Discovery becomes dangerous when... One reason and one example are enough.</w:t>
      </w:r>
    </w:p>
    <w:p w:rsidR="00C37624" w:rsidRDefault="00A34D64">
      <w:pPr>
        <w:spacing w:before="140" w:after="60"/>
      </w:pPr>
      <w:r>
        <w:rPr>
          <w:b/>
          <w:sz w:val="24"/>
        </w:rPr>
        <w:t>If You Teach Only One Idea</w:t>
      </w:r>
    </w:p>
    <w:p w:rsidR="00C37624" w:rsidRDefault="00A34D64">
      <w:r>
        <w:t>Just because a door opens, d</w:t>
      </w:r>
      <w:r>
        <w:t>o you have to walk through it? That question has followed Zantar almost from the beginning.</w:t>
      </w:r>
    </w:p>
    <w:p w:rsidR="00C37624" w:rsidRDefault="00A34D64">
      <w:r>
        <w:br w:type="page"/>
      </w:r>
    </w:p>
    <w:p w:rsidR="00C37624" w:rsidRDefault="00A34D64">
      <w:pPr>
        <w:keepNext/>
        <w:pageBreakBefore/>
        <w:jc w:val="center"/>
      </w:pPr>
      <w:r>
        <w:lastRenderedPageBreak/>
        <w:t>Teacher’s Guide — Chapter 29</w:t>
      </w:r>
    </w:p>
    <w:p w:rsidR="00C37624" w:rsidRDefault="00A34D64">
      <w:pPr>
        <w:keepNext/>
        <w:jc w:val="center"/>
      </w:pPr>
      <w:r>
        <w:t>The Meeting of Fractured Paths</w:t>
      </w:r>
    </w:p>
    <w:p w:rsidR="00C37624" w:rsidRDefault="00A34D64">
      <w:pPr>
        <w:spacing w:before="140" w:after="60"/>
      </w:pPr>
      <w:r>
        <w:t>Chapter Focus</w:t>
      </w:r>
    </w:p>
    <w:p w:rsidR="00C37624" w:rsidRDefault="00A34D64">
      <w:r>
        <w:t>Chapter 29 brings several journeys into the same growing mystery. The ancient stranger r</w:t>
      </w:r>
      <w:r>
        <w:t xml:space="preserve">eveals fragments of Rakshasa’s history and admits that even Nalandar did not possess complete answers. Amhor cannot make the Cosmic Key obey him, Tellin rides south to learn what is changing, and Zantar and Lyra cross a bridge that appears only as the old </w:t>
      </w:r>
      <w:r>
        <w:t>roads awaken.</w:t>
      </w:r>
    </w:p>
    <w:p w:rsidR="00C37624" w:rsidRDefault="00A34D64">
      <w:r>
        <w:t>Teaching progression: History → Uncertainty → Response → Risk → Convergence</w:t>
      </w:r>
    </w:p>
    <w:p w:rsidR="00C37624" w:rsidRDefault="00A34D64">
      <w:pPr>
        <w:spacing w:before="140" w:after="60"/>
      </w:pPr>
      <w:r>
        <w:t>Essential Questions</w:t>
      </w:r>
    </w:p>
    <w:p w:rsidR="00C37624" w:rsidRDefault="00A34D64">
      <w:pPr>
        <w:pStyle w:val="ListBullet"/>
        <w:spacing w:after="60"/>
        <w:ind w:left="0"/>
      </w:pPr>
      <w:r>
        <w:t>Why do we sometimes give respected or missing people more certainty than they actually possessed?</w:t>
      </w:r>
    </w:p>
    <w:p w:rsidR="00C37624" w:rsidRDefault="00A34D64">
      <w:pPr>
        <w:pStyle w:val="ListBullet"/>
        <w:spacing w:after="60"/>
        <w:ind w:left="0"/>
      </w:pPr>
      <w:r>
        <w:t>What is the difference between controlling a sit</w:t>
      </w:r>
      <w:r>
        <w:t>uation and responding intelligently to it?</w:t>
      </w:r>
    </w:p>
    <w:p w:rsidR="00C37624" w:rsidRDefault="00A34D64">
      <w:pPr>
        <w:pStyle w:val="ListBullet"/>
        <w:spacing w:after="60"/>
        <w:ind w:left="0"/>
      </w:pPr>
      <w:r>
        <w:t>When is it reasonable to take a risk even though important information is missing?</w:t>
      </w:r>
    </w:p>
    <w:p w:rsidR="00C37624" w:rsidRDefault="00A34D64">
      <w:pPr>
        <w:pStyle w:val="ListBullet"/>
        <w:spacing w:after="60"/>
        <w:ind w:left="0"/>
      </w:pPr>
      <w:r>
        <w:t>How can people following very different paths arrive at the same crisis?</w:t>
      </w:r>
    </w:p>
    <w:p w:rsidR="00C37624" w:rsidRDefault="00A34D64">
      <w:pPr>
        <w:spacing w:before="140" w:after="60"/>
      </w:pPr>
      <w:r>
        <w:t>Key Teaching Points</w:t>
      </w:r>
    </w:p>
    <w:p w:rsidR="00C37624" w:rsidRDefault="00A34D64">
      <w:pPr>
        <w:spacing w:after="40"/>
      </w:pPr>
      <w:r>
        <w:t xml:space="preserve">Do Not Give the Missing More </w:t>
      </w:r>
      <w:r>
        <w:t>Certainty</w:t>
      </w:r>
    </w:p>
    <w:p w:rsidR="00C37624" w:rsidRDefault="00A34D64">
      <w:pPr>
        <w:spacing w:after="80"/>
        <w:ind w:left="259"/>
      </w:pPr>
      <w:r>
        <w:t>When Zantar asks what Nalandar knew, the stranger warns him not to turn absence into certainty. Respecting a teacher or loved one does not require pretending that person had every answer. This reinforces one of the novel’s strongest habits of tho</w:t>
      </w:r>
      <w:r>
        <w:t>ught: “I don’t know” can be responsible.</w:t>
      </w:r>
    </w:p>
    <w:p w:rsidR="00C37624" w:rsidRDefault="00A34D64">
      <w:pPr>
        <w:spacing w:after="40"/>
      </w:pPr>
      <w:r>
        <w:t>Control Fails; Response Still Matters</w:t>
      </w:r>
    </w:p>
    <w:p w:rsidR="00C37624" w:rsidRDefault="00A34D64">
      <w:pPr>
        <w:spacing w:after="80"/>
        <w:ind w:left="259"/>
      </w:pPr>
      <w:r>
        <w:t>Amhor repeatedly tries to command the Key and receives inconsistent or no response. Zantar, Lyra, Tellin, and even Liza are increasingly forced to observe, adapt, and choose wit</w:t>
      </w:r>
      <w:r>
        <w:t>hout control. The chapter contrasts possession of power with the judgment required when power does not work.</w:t>
      </w:r>
    </w:p>
    <w:p w:rsidR="00C37624" w:rsidRDefault="00A34D64">
      <w:pPr>
        <w:spacing w:before="140" w:after="60"/>
      </w:pPr>
      <w:r>
        <w:t>Student Booklet Match — Recommended Selections</w:t>
      </w:r>
    </w:p>
    <w:p w:rsidR="00C37624" w:rsidRDefault="00A34D64">
      <w:pPr>
        <w:pStyle w:val="ListBullet"/>
        <w:spacing w:after="60"/>
        <w:ind w:left="0"/>
      </w:pPr>
      <w:r>
        <w:t>2. Why does the stranger warn Zantar not to give Nalandar more certainty than Nalandar actually poss</w:t>
      </w:r>
      <w:r>
        <w:t>essed?</w:t>
      </w:r>
    </w:p>
    <w:p w:rsidR="00C37624" w:rsidRDefault="00A34D64">
      <w:pPr>
        <w:pStyle w:val="ListBullet"/>
        <w:spacing w:after="60"/>
        <w:ind w:left="0"/>
      </w:pPr>
      <w:r>
        <w:t>4. What is Amhor doing with the Cosmic Key, and why is his inability to make it respond consistently important?</w:t>
      </w:r>
    </w:p>
    <w:p w:rsidR="00C37624" w:rsidRDefault="00A34D64">
      <w:pPr>
        <w:pStyle w:val="ListBullet"/>
        <w:spacing w:after="60"/>
        <w:ind w:left="0"/>
      </w:pPr>
      <w:r>
        <w:t>9. How does the chapter end with Zantar, Tellin, and Amhor all moving toward the same place, and why does that make the title meaningful?</w:t>
      </w:r>
    </w:p>
    <w:p w:rsidR="00C37624" w:rsidRDefault="00A34D64">
      <w:pPr>
        <w:spacing w:before="140" w:after="60"/>
      </w:pPr>
      <w:r>
        <w:t>Quick Assessment</w:t>
      </w:r>
    </w:p>
    <w:p w:rsidR="00C37624" w:rsidRDefault="00A34D64">
      <w:r>
        <w:t>Ask students: Which character responds most responsibly to uncertainty in this chapter? Give one piece of evidence.</w:t>
      </w:r>
    </w:p>
    <w:p w:rsidR="00C37624" w:rsidRDefault="00A34D64">
      <w:pPr>
        <w:spacing w:before="140" w:after="60"/>
      </w:pPr>
      <w:r>
        <w:t>If You Teach Only One Idea</w:t>
      </w:r>
    </w:p>
    <w:p w:rsidR="00C37624" w:rsidRDefault="00A34D64">
      <w:r>
        <w:t>How should we act when nobody—not even the people we respect—has complete information?</w:t>
      </w:r>
    </w:p>
    <w:p w:rsidR="00C37624" w:rsidRDefault="00C37624"/>
    <w:p w:rsidR="00C37624" w:rsidRDefault="00A34D64">
      <w:pPr>
        <w:keepNext/>
        <w:pageBreakBefore/>
        <w:jc w:val="center"/>
      </w:pPr>
      <w:r>
        <w:rPr>
          <w:b/>
          <w:sz w:val="32"/>
        </w:rPr>
        <w:lastRenderedPageBreak/>
        <w:t>Teacher</w:t>
      </w:r>
      <w:r>
        <w:rPr>
          <w:b/>
          <w:sz w:val="32"/>
        </w:rPr>
        <w:t>’s Guide — Chapter 30</w:t>
      </w:r>
    </w:p>
    <w:p w:rsidR="00C37624" w:rsidRDefault="00A34D64">
      <w:pPr>
        <w:keepNext/>
        <w:jc w:val="center"/>
      </w:pPr>
      <w:r>
        <w:rPr>
          <w:b/>
          <w:sz w:val="28"/>
        </w:rPr>
        <w:t>The Storm Before the Meeting</w:t>
      </w:r>
    </w:p>
    <w:p w:rsidR="00C37624" w:rsidRDefault="00A34D64">
      <w:pPr>
        <w:spacing w:before="140" w:after="60"/>
      </w:pPr>
      <w:r>
        <w:rPr>
          <w:b/>
          <w:sz w:val="24"/>
        </w:rPr>
        <w:t>Chapter Focus</w:t>
      </w:r>
    </w:p>
    <w:p w:rsidR="00C37624" w:rsidRDefault="00A34D64">
      <w:r>
        <w:t>The final storylines begin moving toward the same place. Zantar, Lyra, and the ancient stranger climb the changing silver road; Tellin rides south with only nine companions; and Amhor discove</w:t>
      </w:r>
      <w:r>
        <w:t>rs that the Cosmic Key is acting in ways he cannot command.</w:t>
      </w:r>
    </w:p>
    <w:p w:rsidR="00C37624" w:rsidRDefault="00A34D64">
      <w:r>
        <w:rPr>
          <w:b/>
        </w:rPr>
        <w:t xml:space="preserve">Teaching progression: </w:t>
      </w:r>
      <w:r>
        <w:t>Uncertainty → Responsibility → Convergence → Loss of Control → Approach</w:t>
      </w:r>
    </w:p>
    <w:p w:rsidR="00C37624" w:rsidRDefault="00A34D64">
      <w:pPr>
        <w:spacing w:before="140" w:after="60"/>
      </w:pPr>
      <w:r>
        <w:rPr>
          <w:b/>
          <w:sz w:val="24"/>
        </w:rPr>
        <w:t>Essential Questions</w:t>
      </w:r>
    </w:p>
    <w:p w:rsidR="00C37624" w:rsidRDefault="00A34D64">
      <w:pPr>
        <w:pStyle w:val="ListBullet"/>
        <w:spacing w:after="60"/>
        <w:ind w:left="0"/>
      </w:pPr>
      <w:r>
        <w:t>Can uncertainty improve judgment by preventing premature certainty?</w:t>
      </w:r>
    </w:p>
    <w:p w:rsidR="00C37624" w:rsidRDefault="00A34D64">
      <w:pPr>
        <w:pStyle w:val="ListBullet"/>
        <w:spacing w:after="60"/>
        <w:ind w:left="0"/>
      </w:pPr>
      <w:r>
        <w:t>What responsib</w:t>
      </w:r>
      <w:r>
        <w:t>ilities can require a leader to move toward danger?</w:t>
      </w:r>
    </w:p>
    <w:p w:rsidR="00C37624" w:rsidRDefault="00A34D64">
      <w:pPr>
        <w:pStyle w:val="ListBullet"/>
        <w:spacing w:after="60"/>
        <w:ind w:left="0"/>
      </w:pPr>
      <w:r>
        <w:t>What does Amhor’s inability to control the Key reveal about power?</w:t>
      </w:r>
    </w:p>
    <w:p w:rsidR="00C37624" w:rsidRDefault="00A34D64">
      <w:pPr>
        <w:pStyle w:val="ListBullet"/>
        <w:spacing w:after="60"/>
        <w:ind w:left="0"/>
      </w:pPr>
      <w:r>
        <w:t>How does the author build suspense by bringing separate paths together?</w:t>
      </w:r>
    </w:p>
    <w:p w:rsidR="00C37624" w:rsidRDefault="00A34D64">
      <w:pPr>
        <w:spacing w:before="140" w:after="60"/>
      </w:pPr>
      <w:r>
        <w:rPr>
          <w:b/>
          <w:sz w:val="24"/>
        </w:rPr>
        <w:t>Key Teaching Points</w:t>
      </w:r>
    </w:p>
    <w:p w:rsidR="00C37624" w:rsidRDefault="00A34D64">
      <w:pPr>
        <w:spacing w:after="40"/>
      </w:pPr>
      <w:r>
        <w:rPr>
          <w:b/>
        </w:rPr>
        <w:t>Uncertainty Becomes Useful</w:t>
      </w:r>
    </w:p>
    <w:p w:rsidR="00C37624" w:rsidRDefault="00A34D64">
      <w:pPr>
        <w:spacing w:after="80"/>
        <w:ind w:left="259"/>
      </w:pPr>
      <w:r>
        <w:t xml:space="preserve">Zantar is almost </w:t>
      </w:r>
      <w:r>
        <w:t>relieved when the ancient symbols cannot be read, and “nothing” becomes an acceptable answer. He is learning that not knowing is sometimes safer than pretending to know.</w:t>
      </w:r>
    </w:p>
    <w:p w:rsidR="00C37624" w:rsidRDefault="00A34D64">
      <w:pPr>
        <w:spacing w:after="40"/>
      </w:pPr>
      <w:r>
        <w:rPr>
          <w:b/>
        </w:rPr>
        <w:t>Tellin Chooses Responsibility</w:t>
      </w:r>
    </w:p>
    <w:p w:rsidR="00C37624" w:rsidRDefault="00A34D64">
      <w:pPr>
        <w:spacing w:after="80"/>
        <w:ind w:left="259"/>
      </w:pPr>
      <w:r>
        <w:t>Tellin does not ride south simply because of personal at</w:t>
      </w:r>
      <w:r>
        <w:t>tachment to Zantar. He believes a king must understand the changing roads, the Ikt movements, and the threat gathering around Rakshasa.</w:t>
      </w:r>
    </w:p>
    <w:p w:rsidR="00C37624" w:rsidRDefault="00A34D64">
      <w:pPr>
        <w:spacing w:after="40"/>
      </w:pPr>
      <w:r>
        <w:rPr>
          <w:b/>
        </w:rPr>
        <w:t>Power Is Not the Same as Control</w:t>
      </w:r>
    </w:p>
    <w:p w:rsidR="00C37624" w:rsidRDefault="00A34D64">
      <w:pPr>
        <w:spacing w:after="80"/>
        <w:ind w:left="259"/>
      </w:pPr>
      <w:r>
        <w:t>The Key moves without Amhor or Liza touching it. Amhor possesses the device, but posses</w:t>
      </w:r>
      <w:r>
        <w:t>sion does not give him mastery—an important contrast with the way he has tried to rule people.</w:t>
      </w:r>
    </w:p>
    <w:p w:rsidR="00C37624" w:rsidRDefault="00A34D64">
      <w:pPr>
        <w:spacing w:before="140" w:after="60"/>
      </w:pPr>
      <w:r>
        <w:rPr>
          <w:b/>
          <w:sz w:val="24"/>
        </w:rPr>
        <w:t>Student Booklet Match — Recommended Selections</w:t>
      </w:r>
    </w:p>
    <w:p w:rsidR="00C37624" w:rsidRDefault="00A34D64">
      <w:pPr>
        <w:pStyle w:val="ListBullet"/>
        <w:spacing w:after="60"/>
        <w:ind w:left="0"/>
      </w:pPr>
      <w:r>
        <w:t>2. Why is Zantar almost relieved when neither he nor Lyra can read the ancient symbols? What does his reaction sho</w:t>
      </w:r>
      <w:r>
        <w:t>w about his changing relationship with certainty?</w:t>
      </w:r>
    </w:p>
    <w:p w:rsidR="00C37624" w:rsidRDefault="00A34D64">
      <w:pPr>
        <w:pStyle w:val="ListBullet"/>
        <w:spacing w:after="60"/>
        <w:ind w:left="0"/>
      </w:pPr>
      <w:r>
        <w:t>3. What does Tellin learn from the scout about the old southern road and the Ikt movements? Why does the absence of a normal army trouble him?</w:t>
      </w:r>
    </w:p>
    <w:p w:rsidR="00C37624" w:rsidRDefault="00A34D64">
      <w:pPr>
        <w:pStyle w:val="ListBullet"/>
        <w:spacing w:after="60"/>
        <w:ind w:left="0"/>
      </w:pPr>
      <w:r>
        <w:t>5. How does the Cosmic Key react while Amhor and Liza are study</w:t>
      </w:r>
      <w:r>
        <w:t>ing it? What is important about the fact that neither of them causes some of its movements?</w:t>
      </w:r>
    </w:p>
    <w:p w:rsidR="00C37624" w:rsidRDefault="00A34D64">
      <w:pPr>
        <w:spacing w:before="140" w:after="60"/>
      </w:pPr>
      <w:r>
        <w:rPr>
          <w:b/>
          <w:sz w:val="24"/>
        </w:rPr>
        <w:t>Quick Assessment</w:t>
      </w:r>
    </w:p>
    <w:p w:rsidR="00C37624" w:rsidRDefault="00A34D64">
      <w:r>
        <w:t xml:space="preserve">Ask students to identify the three paths converging in the chapter and predict what conflict or choice may occur when they meet. Require one piece </w:t>
      </w:r>
      <w:r>
        <w:t>of evidence.</w:t>
      </w:r>
    </w:p>
    <w:p w:rsidR="00C37624" w:rsidRDefault="00A34D64">
      <w:pPr>
        <w:spacing w:before="140" w:after="60"/>
      </w:pPr>
      <w:r>
        <w:rPr>
          <w:b/>
          <w:sz w:val="24"/>
        </w:rPr>
        <w:t>If You Teach Only One Idea</w:t>
      </w:r>
    </w:p>
    <w:p w:rsidR="00C37624" w:rsidRDefault="00A34D64">
      <w:r>
        <w:t>What do people do when they cannot control what comes next? Chapter 30 shows Zantar, Tellin, Liza, and Amhor responding very differently to uncertainty.</w:t>
      </w:r>
    </w:p>
    <w:p w:rsidR="00C37624" w:rsidRDefault="00A34D64">
      <w:r>
        <w:br w:type="page"/>
      </w:r>
    </w:p>
    <w:p w:rsidR="00C37624" w:rsidRDefault="00A34D64">
      <w:pPr>
        <w:keepNext/>
        <w:pageBreakBefore/>
        <w:jc w:val="center"/>
      </w:pPr>
      <w:r>
        <w:rPr>
          <w:b/>
          <w:sz w:val="32"/>
        </w:rPr>
        <w:lastRenderedPageBreak/>
        <w:t>Teacher’s Guide — Chapter 31</w:t>
      </w:r>
    </w:p>
    <w:p w:rsidR="00C37624" w:rsidRDefault="00A34D64">
      <w:pPr>
        <w:keepNext/>
        <w:jc w:val="center"/>
      </w:pPr>
      <w:r>
        <w:rPr>
          <w:b/>
          <w:sz w:val="28"/>
        </w:rPr>
        <w:t>Where Paths Converge</w:t>
      </w:r>
    </w:p>
    <w:p w:rsidR="00C37624" w:rsidRDefault="00A34D64">
      <w:pPr>
        <w:spacing w:before="140" w:after="60"/>
      </w:pPr>
      <w:r>
        <w:rPr>
          <w:b/>
          <w:sz w:val="24"/>
        </w:rPr>
        <w:t xml:space="preserve">Chapter </w:t>
      </w:r>
      <w:r>
        <w:rPr>
          <w:b/>
          <w:sz w:val="24"/>
        </w:rPr>
        <w:t>Focus</w:t>
      </w:r>
    </w:p>
    <w:p w:rsidR="00C37624" w:rsidRDefault="00A34D64">
      <w:r>
        <w:t>All of the major paths finally converge in the chamber of the Cosmic Key. Old grievances nearly restart the war, responsibility is challenged, Zantar’s anger erupts, and the Key forces everyone to confront something none of them fully understands. Th</w:t>
      </w:r>
      <w:r>
        <w:t>e novel ends not with certainty, but with a choice and a final “Click.”</w:t>
      </w:r>
    </w:p>
    <w:p w:rsidR="00C37624" w:rsidRDefault="00A34D64">
      <w:r>
        <w:rPr>
          <w:b/>
        </w:rPr>
        <w:t xml:space="preserve">Teaching progression: </w:t>
      </w:r>
      <w:r>
        <w:t>Convergence → Grievance → Responsibility → Choice → Mystery</w:t>
      </w:r>
    </w:p>
    <w:p w:rsidR="00C37624" w:rsidRDefault="00A34D64">
      <w:pPr>
        <w:spacing w:before="140" w:after="60"/>
      </w:pPr>
      <w:r>
        <w:rPr>
          <w:b/>
          <w:sz w:val="24"/>
        </w:rPr>
        <w:t>Essential Questions</w:t>
      </w:r>
    </w:p>
    <w:p w:rsidR="00C37624" w:rsidRDefault="00A34D64">
      <w:pPr>
        <w:pStyle w:val="ListBullet"/>
        <w:spacing w:after="60"/>
        <w:ind w:left="0"/>
      </w:pPr>
      <w:r>
        <w:t>Can certainty become more dangerous than uncertainty?</w:t>
      </w:r>
    </w:p>
    <w:p w:rsidR="00C37624" w:rsidRDefault="00A34D64">
      <w:pPr>
        <w:pStyle w:val="ListBullet"/>
        <w:spacing w:after="60"/>
        <w:ind w:left="0"/>
      </w:pPr>
      <w:r>
        <w:t>What does accepting responsi</w:t>
      </w:r>
      <w:r>
        <w:t>bility require?</w:t>
      </w:r>
    </w:p>
    <w:p w:rsidR="00C37624" w:rsidRDefault="00A34D64">
      <w:pPr>
        <w:pStyle w:val="ListBullet"/>
        <w:spacing w:after="60"/>
        <w:ind w:left="0"/>
      </w:pPr>
      <w:r>
        <w:t>What makes a choice meaningful when the outcome cannot be known?</w:t>
      </w:r>
    </w:p>
    <w:p w:rsidR="00C37624" w:rsidRDefault="00A34D64">
      <w:pPr>
        <w:pStyle w:val="ListBullet"/>
        <w:spacing w:after="60"/>
        <w:ind w:left="0"/>
      </w:pPr>
      <w:r>
        <w:t>What does the Cosmic Key reveal about the limits of control?</w:t>
      </w:r>
    </w:p>
    <w:p w:rsidR="00C37624" w:rsidRDefault="00A34D64">
      <w:pPr>
        <w:spacing w:before="140" w:after="60"/>
      </w:pPr>
      <w:r>
        <w:rPr>
          <w:b/>
          <w:sz w:val="24"/>
        </w:rPr>
        <w:t>Key Teaching Points</w:t>
      </w:r>
    </w:p>
    <w:p w:rsidR="00C37624" w:rsidRDefault="00A34D64">
      <w:pPr>
        <w:spacing w:after="40"/>
      </w:pPr>
      <w:r>
        <w:rPr>
          <w:b/>
        </w:rPr>
        <w:t>Certainty Can Restart the War</w:t>
      </w:r>
    </w:p>
    <w:p w:rsidR="00C37624" w:rsidRDefault="00A34D64">
      <w:pPr>
        <w:spacing w:after="80"/>
        <w:ind w:left="259"/>
      </w:pPr>
      <w:r>
        <w:t xml:space="preserve">Tellin, Amhor, and Liza enter the chamber carrying years of </w:t>
      </w:r>
      <w:r>
        <w:t>anger and certainty about one another. Zantar recognizes that certainty itself may be the most immediate danger because it can make another conflict feel inevitable.</w:t>
      </w:r>
    </w:p>
    <w:p w:rsidR="00C37624" w:rsidRDefault="00A34D64">
      <w:pPr>
        <w:spacing w:after="40"/>
      </w:pPr>
      <w:r>
        <w:rPr>
          <w:b/>
        </w:rPr>
        <w:t>Responsibility Without Excuses</w:t>
      </w:r>
    </w:p>
    <w:p w:rsidR="00C37624" w:rsidRDefault="00A34D64">
      <w:pPr>
        <w:spacing w:after="80"/>
        <w:ind w:left="259"/>
      </w:pPr>
      <w:r>
        <w:t xml:space="preserve">Liza’s admission that the invading soldiers were following </w:t>
      </w:r>
      <w:r>
        <w:t>him matters because he does not hide entirely behind Amhor’s authority. The moment opens a useful discussion about shared responsibility, command, obedience, and accountability.</w:t>
      </w:r>
    </w:p>
    <w:p w:rsidR="00C37624" w:rsidRDefault="00A34D64">
      <w:pPr>
        <w:spacing w:after="40"/>
      </w:pPr>
      <w:r>
        <w:rPr>
          <w:b/>
        </w:rPr>
        <w:t>Zantar Chooses Without a Prophecy</w:t>
      </w:r>
    </w:p>
    <w:p w:rsidR="00C37624" w:rsidRDefault="00A34D64">
      <w:pPr>
        <w:spacing w:after="80"/>
        <w:ind w:left="259"/>
      </w:pPr>
      <w:r>
        <w:t>No voice, vision, or prophecy tells Zantar t</w:t>
      </w:r>
      <w:r>
        <w:t>o place Zoona’s jewel into the Key. Lyra does not choose for him. His decision matters precisely because he acts with incomplete knowledge and accepts that the consequence may be unknown.</w:t>
      </w:r>
    </w:p>
    <w:p w:rsidR="00C37624" w:rsidRDefault="00A34D64">
      <w:pPr>
        <w:spacing w:before="140" w:after="60"/>
      </w:pPr>
      <w:r>
        <w:rPr>
          <w:b/>
          <w:sz w:val="24"/>
        </w:rPr>
        <w:t>Student Booklet Match — Recommended Selections</w:t>
      </w:r>
    </w:p>
    <w:p w:rsidR="00C37624" w:rsidRDefault="00A34D64">
      <w:pPr>
        <w:pStyle w:val="ListBullet"/>
        <w:spacing w:after="60"/>
        <w:ind w:left="0"/>
      </w:pPr>
      <w:r>
        <w:t>3. Why does Zantar in</w:t>
      </w:r>
      <w:r>
        <w:t>itially resist drawing his sword when he sees Amhor? What questions does he want answered first?</w:t>
      </w:r>
    </w:p>
    <w:p w:rsidR="00C37624" w:rsidRDefault="00A34D64">
      <w:pPr>
        <w:pStyle w:val="ListBullet"/>
        <w:spacing w:after="60"/>
        <w:ind w:left="0"/>
      </w:pPr>
      <w:r>
        <w:t>11. How does Zoona’s jewel react as the indentation in the Key changes? Why is it important that no vision, voice, or prophecy tells Zantar what to do?</w:t>
      </w:r>
    </w:p>
    <w:p w:rsidR="00C37624" w:rsidRDefault="00A34D64">
      <w:pPr>
        <w:pStyle w:val="ListBullet"/>
        <w:spacing w:after="60"/>
        <w:ind w:left="0"/>
      </w:pPr>
      <w:r>
        <w:t>19. Zan</w:t>
      </w:r>
      <w:r>
        <w:t>tar reaches the most important choice of the novel without a prophecy, command, or guaranteed outcome. Why might this be more meaningful than having someone tell him the correct answer?</w:t>
      </w:r>
    </w:p>
    <w:p w:rsidR="00C37624" w:rsidRDefault="00A34D64">
      <w:pPr>
        <w:spacing w:before="140" w:after="60"/>
      </w:pPr>
      <w:r>
        <w:rPr>
          <w:b/>
          <w:sz w:val="24"/>
        </w:rPr>
        <w:t>Quick Assessment</w:t>
      </w:r>
    </w:p>
    <w:p w:rsidR="00C37624" w:rsidRDefault="00A34D64">
      <w:r>
        <w:t>Ask students: “Why is the final choice stronger becau</w:t>
      </w:r>
      <w:r>
        <w:t>se Zantar does not know what will happen?” Require evidence from the chamber scene.</w:t>
      </w:r>
    </w:p>
    <w:p w:rsidR="00C37624" w:rsidRDefault="00A34D64">
      <w:pPr>
        <w:spacing w:before="140" w:after="60"/>
      </w:pPr>
      <w:r>
        <w:rPr>
          <w:b/>
          <w:sz w:val="24"/>
        </w:rPr>
        <w:t>If You Teach Only One Idea</w:t>
      </w:r>
    </w:p>
    <w:p w:rsidR="00C37624" w:rsidRDefault="00A34D64">
      <w:r>
        <w:t>What should guide a choice when certainty is impossible? The final chapter leaves Zantar with evidence, relationships, memory, responsibility—and</w:t>
      </w:r>
      <w:r>
        <w:t xml:space="preserve"> the freedom to choose.</w:t>
      </w:r>
    </w:p>
    <w:p w:rsidR="00C37624" w:rsidRDefault="00A34D64">
      <w:r>
        <w:br w:type="page"/>
      </w:r>
    </w:p>
    <w:p w:rsidR="00C37624" w:rsidRDefault="00A34D64">
      <w:pPr>
        <w:pageBreakBefore/>
        <w:jc w:val="center"/>
      </w:pPr>
      <w:r>
        <w:rPr>
          <w:b/>
          <w:sz w:val="32"/>
        </w:rPr>
        <w:lastRenderedPageBreak/>
        <w:t>Final Teaching Note</w:t>
      </w:r>
    </w:p>
    <w:p w:rsidR="00C37624" w:rsidRDefault="00A34D64">
      <w:r>
        <w:t>The strongest classroom use of Eera: The Fractured Path is not completing every question. It is choosing the questions that make students read carefully, support what they believe, listen to competing interpret</w:t>
      </w:r>
      <w:r>
        <w:t>ations, and think more deeply about the person they are becoming.</w:t>
      </w:r>
    </w:p>
    <w:sectPr w:rsidR="00C37624" w:rsidSect="00034616">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D64" w:rsidRDefault="00A34D64">
      <w:pPr>
        <w:spacing w:after="0"/>
      </w:pPr>
      <w:r>
        <w:separator/>
      </w:r>
    </w:p>
  </w:endnote>
  <w:endnote w:type="continuationSeparator" w:id="0">
    <w:p w:rsidR="00A34D64" w:rsidRDefault="00A34D6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624" w:rsidRDefault="00A34D64">
    <w:pPr>
      <w:pStyle w:val="Footer"/>
      <w:jc w:val="center"/>
    </w:pPr>
    <w:r>
      <w:rPr>
        <w:sz w:val="18"/>
      </w:rPr>
      <w:fldChar w:fldCharType="begin"/>
    </w:r>
    <w:r>
      <w:rPr>
        <w:sz w:val="18"/>
      </w:rPr>
      <w:instrText xml:space="preserve"> PAGE </w:instrText>
    </w:r>
    <w:r w:rsidR="005238B4">
      <w:rPr>
        <w:sz w:val="18"/>
      </w:rPr>
      <w:fldChar w:fldCharType="separate"/>
    </w:r>
    <w:r w:rsidR="005238B4">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D64" w:rsidRDefault="00A34D64">
      <w:pPr>
        <w:spacing w:after="0"/>
      </w:pPr>
      <w:r>
        <w:separator/>
      </w:r>
    </w:p>
  </w:footnote>
  <w:footnote w:type="continuationSeparator" w:id="0">
    <w:p w:rsidR="00A34D64" w:rsidRDefault="00A34D64">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624" w:rsidRDefault="00A34D64">
    <w:pPr>
      <w:pStyle w:val="Header"/>
      <w:jc w:val="center"/>
    </w:pPr>
    <w:r>
      <w:rPr>
        <w:b/>
        <w:sz w:val="18"/>
      </w:rPr>
      <w:t>EERA: THE FRACTURED PATH — TEACHER'S GUIDE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5238B4"/>
    <w:rsid w:val="00A34D64"/>
    <w:rsid w:val="00AA1D8D"/>
    <w:rsid w:val="00B47730"/>
    <w:rsid w:val="00C3762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C4000A38-5DE5-4289-80DB-99F0F99B6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line="240" w:lineRule="auto"/>
    </w:pPr>
    <w:rPr>
      <w:rFonts w:ascii="Times New Roman" w:eastAsia="Times New Roman" w:hAnsi="Times New Roman"/>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CDCD4-563D-4FB7-B261-9107AAB1E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9200</Words>
  <Characters>52446</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61523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Douglas Podaima</cp:lastModifiedBy>
  <cp:revision>2</cp:revision>
  <dcterms:created xsi:type="dcterms:W3CDTF">2026-08-30T13:46:00Z</dcterms:created>
  <dcterms:modified xsi:type="dcterms:W3CDTF">2026-08-30T13:46:00Z</dcterms:modified>
  <cp:category/>
</cp:coreProperties>
</file>